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C9E" w:rsidRPr="00813C9E" w:rsidRDefault="00781EB0" w:rsidP="00813C9E">
      <w:pPr>
        <w:pStyle w:val="1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831330" cy="974217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974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13C9E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53120" behindDoc="1" locked="0" layoutInCell="1" allowOverlap="1" wp14:anchorId="42960747" wp14:editId="10A20A49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2EF6F" id="Rectangle 11" o:spid="_x0000_s1026" style="position:absolute;margin-left:33.3pt;margin-top:22.9pt;width:528.15pt;height:.6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p3eAIAAPs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813C9E" w:rsidRPr="00813C9E">
        <w:rPr>
          <w:lang w:val="ru-RU"/>
        </w:rPr>
        <w:t>ПОЯСНИТЕЛЬНАЯ</w:t>
      </w:r>
      <w:r w:rsidR="00813C9E" w:rsidRPr="00813C9E">
        <w:rPr>
          <w:spacing w:val="-9"/>
          <w:lang w:val="ru-RU"/>
        </w:rPr>
        <w:t xml:space="preserve"> </w:t>
      </w:r>
      <w:r w:rsidR="00813C9E" w:rsidRPr="00813C9E">
        <w:rPr>
          <w:lang w:val="ru-RU"/>
        </w:rPr>
        <w:t>ЗАПИСКА</w:t>
      </w:r>
    </w:p>
    <w:p w:rsidR="00813C9E" w:rsidRPr="00813C9E" w:rsidRDefault="00813C9E" w:rsidP="00813C9E">
      <w:pPr>
        <w:pStyle w:val="af"/>
        <w:spacing w:before="179" w:line="292" w:lineRule="auto"/>
        <w:ind w:left="106" w:right="495" w:firstLine="180"/>
        <w:rPr>
          <w:lang w:val="ru-RU"/>
        </w:rPr>
      </w:pPr>
      <w:r w:rsidRPr="00813C9E">
        <w:rPr>
          <w:lang w:val="ru-RU"/>
        </w:rPr>
        <w:t>Программа по учебному предмету «Окружающий мир» (предметная область «Обществознание и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естествознание» («Окружающий мир») включает: пояснительную записку, содержание обучения,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планируемые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результаты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освоения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программы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учебного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предмета,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тематическое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планирование.</w:t>
      </w:r>
    </w:p>
    <w:p w:rsidR="00813C9E" w:rsidRPr="00813C9E" w:rsidRDefault="00813C9E" w:rsidP="00813C9E">
      <w:pPr>
        <w:pStyle w:val="af"/>
        <w:spacing w:line="292" w:lineRule="auto"/>
        <w:ind w:left="106" w:right="257" w:firstLine="180"/>
        <w:rPr>
          <w:lang w:val="ru-RU"/>
        </w:rPr>
      </w:pPr>
      <w:r w:rsidRPr="00813C9E">
        <w:rPr>
          <w:lang w:val="ru-RU"/>
        </w:rPr>
        <w:t>Пояснительная записка отражает общие цели и задачи изучения предмета, характеристику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психологических предпосылок к его изучению младшими школьниками; место в структуре учебного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плана, а также подходы к отбору содержания, планируемым результатам и тематическому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планированию.</w:t>
      </w:r>
    </w:p>
    <w:p w:rsidR="00813C9E" w:rsidRPr="00813C9E" w:rsidRDefault="00813C9E" w:rsidP="00813C9E">
      <w:pPr>
        <w:pStyle w:val="af"/>
        <w:spacing w:line="292" w:lineRule="auto"/>
        <w:ind w:left="106" w:right="222" w:firstLine="180"/>
        <w:rPr>
          <w:lang w:val="ru-RU"/>
        </w:rPr>
      </w:pPr>
      <w:r w:rsidRPr="00813C9E">
        <w:rPr>
          <w:lang w:val="ru-RU"/>
        </w:rPr>
        <w:t>Содержание обучения раскрывает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содержательные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линии для обязательного изучения во 2 классе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начальной школы. Содержание обучения во 2 классе завершатся перечнем универсальных учебных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действий (УДД) - познавательных, коммуникативных и регулятивных, которые возможно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формировать средствами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учебного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предмета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«Окружающий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мир» с</w:t>
      </w:r>
      <w:r w:rsidRPr="00813C9E">
        <w:rPr>
          <w:spacing w:val="61"/>
          <w:lang w:val="ru-RU"/>
        </w:rPr>
        <w:t xml:space="preserve"> </w:t>
      </w:r>
      <w:r w:rsidRPr="00813C9E">
        <w:rPr>
          <w:lang w:val="ru-RU"/>
        </w:rPr>
        <w:t>учётом</w:t>
      </w:r>
      <w:r w:rsidRPr="00813C9E">
        <w:rPr>
          <w:spacing w:val="61"/>
          <w:lang w:val="ru-RU"/>
        </w:rPr>
        <w:t xml:space="preserve"> </w:t>
      </w:r>
      <w:r w:rsidRPr="00813C9E">
        <w:rPr>
          <w:lang w:val="ru-RU"/>
        </w:rPr>
        <w:t>возрастных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особенностей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младших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школьников. В первом классе предлагается пропедевтический уровень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формирования УУД, поскольку становление универсальности действий на этом этапе обучения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только начинается. С учётом того, что выполнение правил совместной деятельности строится на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 xml:space="preserve">интеграции регулятивных (определенные волевые усилия, </w:t>
      </w:r>
      <w:proofErr w:type="spellStart"/>
      <w:r w:rsidRPr="00813C9E">
        <w:rPr>
          <w:lang w:val="ru-RU"/>
        </w:rPr>
        <w:t>саморегуляция</w:t>
      </w:r>
      <w:proofErr w:type="spellEnd"/>
      <w:r w:rsidRPr="00813C9E">
        <w:rPr>
          <w:lang w:val="ru-RU"/>
        </w:rPr>
        <w:t>, самоконтроль, проявление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терпения и доброжелательности при налаживании отношений) и коммуникативных (способность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вербальными средствами устанавливать взаимоотношения) универсальных учебных действий, их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перечень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дан в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специальном разделе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— «Совместная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деятельность».</w:t>
      </w:r>
    </w:p>
    <w:p w:rsidR="00813C9E" w:rsidRPr="00813C9E" w:rsidRDefault="00813C9E" w:rsidP="00813C9E">
      <w:pPr>
        <w:pStyle w:val="af"/>
        <w:spacing w:line="292" w:lineRule="auto"/>
        <w:ind w:left="106" w:right="133" w:firstLine="180"/>
        <w:rPr>
          <w:lang w:val="ru-RU"/>
        </w:rPr>
      </w:pPr>
      <w:r w:rsidRPr="00813C9E">
        <w:rPr>
          <w:lang w:val="ru-RU"/>
        </w:rPr>
        <w:t xml:space="preserve">Планируемые результаты включают личностные, </w:t>
      </w:r>
      <w:proofErr w:type="spellStart"/>
      <w:r w:rsidRPr="00813C9E">
        <w:rPr>
          <w:lang w:val="ru-RU"/>
        </w:rPr>
        <w:t>метапредметные</w:t>
      </w:r>
      <w:proofErr w:type="spellEnd"/>
      <w:r w:rsidRPr="00813C9E">
        <w:rPr>
          <w:lang w:val="ru-RU"/>
        </w:rPr>
        <w:t xml:space="preserve"> результаты за период обучения, а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также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предметные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достижения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младшего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школьника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за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второй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год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обучения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в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начальной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школе.</w:t>
      </w:r>
    </w:p>
    <w:p w:rsidR="00813C9E" w:rsidRPr="00813C9E" w:rsidRDefault="00813C9E" w:rsidP="00813C9E">
      <w:pPr>
        <w:pStyle w:val="af"/>
        <w:spacing w:line="292" w:lineRule="auto"/>
        <w:ind w:left="106" w:right="166" w:firstLine="180"/>
        <w:rPr>
          <w:lang w:val="ru-RU"/>
        </w:rPr>
      </w:pPr>
      <w:r w:rsidRPr="00813C9E">
        <w:rPr>
          <w:lang w:val="ru-RU"/>
        </w:rPr>
        <w:t>В тематическом планировании описывается программное содержание по всем разделам содержания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обучения 2 класса, а также раскрываются методы и формы организации обучения и характеристика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деятельностей,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которые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целесообразно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использовать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при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изучении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той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или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иной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программной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темы.</w:t>
      </w:r>
    </w:p>
    <w:p w:rsidR="00813C9E" w:rsidRPr="00813C9E" w:rsidRDefault="00813C9E" w:rsidP="00813C9E">
      <w:pPr>
        <w:pStyle w:val="af"/>
        <w:spacing w:line="274" w:lineRule="exact"/>
        <w:ind w:left="286"/>
        <w:rPr>
          <w:lang w:val="ru-RU"/>
        </w:rPr>
      </w:pPr>
      <w:r w:rsidRPr="00813C9E">
        <w:rPr>
          <w:lang w:val="ru-RU"/>
        </w:rPr>
        <w:t>Представлены</w:t>
      </w:r>
      <w:r w:rsidRPr="00813C9E">
        <w:rPr>
          <w:spacing w:val="-5"/>
          <w:lang w:val="ru-RU"/>
        </w:rPr>
        <w:t xml:space="preserve"> </w:t>
      </w:r>
      <w:r w:rsidRPr="00813C9E">
        <w:rPr>
          <w:lang w:val="ru-RU"/>
        </w:rPr>
        <w:t>также</w:t>
      </w:r>
      <w:r w:rsidRPr="00813C9E">
        <w:rPr>
          <w:spacing w:val="-5"/>
          <w:lang w:val="ru-RU"/>
        </w:rPr>
        <w:t xml:space="preserve"> </w:t>
      </w:r>
      <w:r w:rsidRPr="00813C9E">
        <w:rPr>
          <w:lang w:val="ru-RU"/>
        </w:rPr>
        <w:t>способы</w:t>
      </w:r>
      <w:r w:rsidRPr="00813C9E">
        <w:rPr>
          <w:spacing w:val="-5"/>
          <w:lang w:val="ru-RU"/>
        </w:rPr>
        <w:t xml:space="preserve"> </w:t>
      </w:r>
      <w:r w:rsidRPr="00813C9E">
        <w:rPr>
          <w:lang w:val="ru-RU"/>
        </w:rPr>
        <w:t>организации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дифференцированного</w:t>
      </w:r>
      <w:r w:rsidRPr="00813C9E">
        <w:rPr>
          <w:spacing w:val="-5"/>
          <w:lang w:val="ru-RU"/>
        </w:rPr>
        <w:t xml:space="preserve"> </w:t>
      </w:r>
      <w:r w:rsidRPr="00813C9E">
        <w:rPr>
          <w:lang w:val="ru-RU"/>
        </w:rPr>
        <w:t>обучения.</w:t>
      </w:r>
    </w:p>
    <w:p w:rsidR="00813C9E" w:rsidRPr="00813C9E" w:rsidRDefault="00813C9E" w:rsidP="00813C9E">
      <w:pPr>
        <w:pStyle w:val="af"/>
        <w:spacing w:before="48" w:line="292" w:lineRule="auto"/>
        <w:ind w:left="106" w:right="505" w:firstLine="180"/>
        <w:rPr>
          <w:lang w:val="ru-RU"/>
        </w:rPr>
      </w:pPr>
      <w:r w:rsidRPr="00813C9E">
        <w:rPr>
          <w:lang w:val="ru-RU"/>
        </w:rPr>
        <w:t>Рабочая программа по предмету «Окружающий мир» на уровне 2 класса начального общего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образования составлена на основе требований к результатам освоения основной образовательной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программы начального общего образования, представленных в Федеральном государственном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образовательном стандарте начального общего образования, Примерной программы воспитания, а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также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с учётом историко-культурного стандарта.</w:t>
      </w:r>
    </w:p>
    <w:p w:rsidR="00813C9E" w:rsidRPr="00813C9E" w:rsidRDefault="00813C9E" w:rsidP="00813C9E">
      <w:pPr>
        <w:pStyle w:val="af"/>
        <w:spacing w:line="292" w:lineRule="auto"/>
        <w:ind w:left="106" w:right="407" w:firstLine="180"/>
        <w:rPr>
          <w:lang w:val="ru-RU"/>
        </w:rPr>
      </w:pPr>
      <w:r w:rsidRPr="00813C9E">
        <w:rPr>
          <w:lang w:val="ru-RU"/>
        </w:rPr>
        <w:t>Изучение предмета «Окружающий мир», интегрирующего знания о природе, предметном мире,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обществе и взаимодействии людей в нём, соответствует потребностям и интересам детей младшего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школьного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возраста и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направлено на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достижение следующих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целей: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03" w:after="0" w:line="292" w:lineRule="auto"/>
        <w:ind w:right="505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Формирование целостного взгляда на мир, осознание места в нём человека на основе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целостного взгляда на окружающий мир (природную и социальную среду обитания); освоение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естественнонаучных, обществоведческих, нравственно этических понятий, представленных в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содержании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данного учебного предмета.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18" w:after="0" w:line="292" w:lineRule="auto"/>
        <w:ind w:right="15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Развитие умений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навыков</w:t>
      </w:r>
      <w:r w:rsidRPr="00813C9E">
        <w:rPr>
          <w:spacing w:val="60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применять</w:t>
      </w:r>
      <w:r w:rsidRPr="00813C9E">
        <w:rPr>
          <w:spacing w:val="60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полученные</w:t>
      </w:r>
      <w:r w:rsidRPr="00813C9E">
        <w:rPr>
          <w:spacing w:val="60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знания в реальной</w:t>
      </w:r>
      <w:r w:rsidRPr="00813C9E">
        <w:rPr>
          <w:spacing w:val="60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учебной</w:t>
      </w:r>
      <w:r w:rsidRPr="00813C9E">
        <w:rPr>
          <w:spacing w:val="60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жизненной</w:t>
      </w:r>
      <w:r w:rsidRPr="00813C9E">
        <w:rPr>
          <w:spacing w:val="50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практике,</w:t>
      </w:r>
      <w:r w:rsidRPr="00813C9E">
        <w:rPr>
          <w:spacing w:val="5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связанной</w:t>
      </w:r>
      <w:r w:rsidRPr="00813C9E">
        <w:rPr>
          <w:spacing w:val="5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как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поисково-исследовательской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деятельностью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(наблюдения,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опыты, трудовая деятельность), так и с творческим использованием приобретённых знаний в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речевой,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изобразительной, художественной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деятельности.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17" w:after="0" w:line="292" w:lineRule="auto"/>
        <w:ind w:right="20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Духовно-нравственное развитие и воспитание личности гражданина России, понимание своей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принадлежности к Российскому государству, определённому этносу; проявление уважения к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истории,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культуре,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традициям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народов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РФ;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освоение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младшими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школьниками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мирового</w:t>
      </w:r>
    </w:p>
    <w:p w:rsidR="00813C9E" w:rsidRPr="00813C9E" w:rsidRDefault="00813C9E" w:rsidP="00813C9E">
      <w:pPr>
        <w:pStyle w:val="af"/>
        <w:spacing w:before="62" w:line="292" w:lineRule="auto"/>
        <w:ind w:right="705"/>
        <w:rPr>
          <w:lang w:val="ru-RU"/>
        </w:rPr>
      </w:pPr>
      <w:r w:rsidRPr="00813C9E">
        <w:rPr>
          <w:lang w:val="ru-RU"/>
        </w:rPr>
        <w:lastRenderedPageBreak/>
        <w:t>культурного опыта по созданию общечеловеческих ценностей, законов и правил построения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взаимоотношений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в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социуме;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обогащение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духовного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богатства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обучающихся.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19" w:after="0" w:line="292" w:lineRule="auto"/>
        <w:ind w:right="22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Развитие способности ребёнка к социализации на основе принятия гуманистических норм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жизни, приобретение опыта эмоционально-положительного отношения к природе в соответствии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 экологическими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нормами поведения; становление навыков повседневного проявления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культуры общения, гуманного отношения к людям,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уважительного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отношения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 их взглядам,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мнению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 индивидуальности.</w:t>
      </w:r>
    </w:p>
    <w:p w:rsidR="00813C9E" w:rsidRPr="00813C9E" w:rsidRDefault="00813C9E" w:rsidP="00813C9E">
      <w:pPr>
        <w:pStyle w:val="af"/>
        <w:spacing w:before="105" w:line="292" w:lineRule="auto"/>
        <w:ind w:left="106" w:right="257" w:firstLine="180"/>
        <w:rPr>
          <w:lang w:val="ru-RU"/>
        </w:rPr>
      </w:pPr>
      <w:r w:rsidRPr="00813C9E">
        <w:rPr>
          <w:lang w:val="ru-RU"/>
        </w:rPr>
        <w:t>Центральной идеей конструирования содержания и планируемых результатов обучения является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раскрытие роли человека в природе и обществе, ознакомление с правилами поведения в среде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обитания</w:t>
      </w:r>
      <w:r w:rsidRPr="00813C9E">
        <w:rPr>
          <w:spacing w:val="-5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освоение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общечеловеческих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ценностей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взаимодействия</w:t>
      </w:r>
      <w:r w:rsidRPr="00813C9E">
        <w:rPr>
          <w:spacing w:val="-5"/>
          <w:lang w:val="ru-RU"/>
        </w:rPr>
        <w:t xml:space="preserve"> </w:t>
      </w:r>
      <w:r w:rsidRPr="00813C9E">
        <w:rPr>
          <w:lang w:val="ru-RU"/>
        </w:rPr>
        <w:t>в</w:t>
      </w:r>
      <w:r w:rsidRPr="00813C9E">
        <w:rPr>
          <w:spacing w:val="-5"/>
          <w:lang w:val="ru-RU"/>
        </w:rPr>
        <w:t xml:space="preserve"> </w:t>
      </w:r>
      <w:r w:rsidRPr="00813C9E">
        <w:rPr>
          <w:lang w:val="ru-RU"/>
        </w:rPr>
        <w:t>системах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«Человек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природа»,</w:t>
      </w:r>
    </w:p>
    <w:p w:rsidR="00813C9E" w:rsidRPr="00813C9E" w:rsidRDefault="00813C9E" w:rsidP="00813C9E">
      <w:pPr>
        <w:pStyle w:val="af"/>
        <w:spacing w:line="292" w:lineRule="auto"/>
        <w:ind w:left="106" w:right="230"/>
        <w:rPr>
          <w:lang w:val="ru-RU"/>
        </w:rPr>
      </w:pPr>
      <w:r w:rsidRPr="00813C9E">
        <w:rPr>
          <w:lang w:val="ru-RU"/>
        </w:rPr>
        <w:t>«Человек и общество», «Человек и другие люди», «Человек и познание». Важнейшей составляющей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всех указанных систем является содержание, усвоение которого гарантирует формирование у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обучающихся навыков здорового и безопасного образа жизни на основе развивающейся способности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предвидеть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результаты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своих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поступков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оценки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возникшей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ситуации.</w:t>
      </w:r>
      <w:r w:rsidRPr="00813C9E">
        <w:rPr>
          <w:spacing w:val="56"/>
          <w:lang w:val="ru-RU"/>
        </w:rPr>
        <w:t xml:space="preserve"> </w:t>
      </w:r>
      <w:r w:rsidRPr="00813C9E">
        <w:rPr>
          <w:lang w:val="ru-RU"/>
        </w:rPr>
        <w:t>Отбор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содержания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курса</w:t>
      </w:r>
    </w:p>
    <w:p w:rsidR="00813C9E" w:rsidRPr="00813C9E" w:rsidRDefault="00813C9E" w:rsidP="00813C9E">
      <w:pPr>
        <w:pStyle w:val="af"/>
        <w:spacing w:line="274" w:lineRule="exact"/>
        <w:ind w:left="106"/>
        <w:rPr>
          <w:lang w:val="ru-RU"/>
        </w:rPr>
      </w:pPr>
      <w:r w:rsidRPr="00813C9E">
        <w:rPr>
          <w:lang w:val="ru-RU"/>
        </w:rPr>
        <w:t>«Окружающий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мир»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осуществлён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на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основе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следующих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ведущих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идей: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66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раскрытие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роли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человека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обществе;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освоение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общечеловеческих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ценностей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взаимодействия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системах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«Человек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природа»,</w:t>
      </w:r>
    </w:p>
    <w:p w:rsidR="00813C9E" w:rsidRPr="00813C9E" w:rsidRDefault="00813C9E" w:rsidP="00813C9E">
      <w:pPr>
        <w:pStyle w:val="af"/>
        <w:spacing w:before="60" w:line="292" w:lineRule="auto"/>
        <w:ind w:right="495"/>
        <w:rPr>
          <w:lang w:val="ru-RU"/>
        </w:rPr>
      </w:pPr>
      <w:r w:rsidRPr="00813C9E">
        <w:rPr>
          <w:lang w:val="ru-RU"/>
        </w:rPr>
        <w:t>«Человек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общество»,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«Человек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другие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люди»,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«Человек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его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самость»,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«Человек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познание».</w:t>
      </w:r>
    </w:p>
    <w:p w:rsidR="00813C9E" w:rsidRPr="00813C9E" w:rsidRDefault="00813C9E" w:rsidP="00813C9E">
      <w:pPr>
        <w:pStyle w:val="af"/>
        <w:spacing w:before="107" w:line="292" w:lineRule="auto"/>
        <w:ind w:left="106" w:right="349" w:firstLine="180"/>
        <w:rPr>
          <w:lang w:val="ru-RU"/>
        </w:rPr>
      </w:pPr>
      <w:r w:rsidRPr="00813C9E">
        <w:rPr>
          <w:lang w:val="ru-RU"/>
        </w:rPr>
        <w:t>Общее число часов, отведённых на изучение курса «Окружающий мир» во 2 классе, составляет 68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часов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(два часа в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неделю).</w:t>
      </w:r>
    </w:p>
    <w:p w:rsidR="00813C9E" w:rsidRPr="00813C9E" w:rsidRDefault="00813C9E" w:rsidP="00813C9E">
      <w:pPr>
        <w:pStyle w:val="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3714C11" wp14:editId="1C7FEED6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AEE74" id="Rectangle 10" o:spid="_x0000_s1026" style="position:absolute;margin-left:33.3pt;margin-top:22.9pt;width:528.15pt;height:.6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Pr="00813C9E">
        <w:rPr>
          <w:lang w:val="ru-RU"/>
        </w:rPr>
        <w:t>СОДЕРЖАНИЕ</w:t>
      </w:r>
      <w:r w:rsidRPr="00813C9E">
        <w:rPr>
          <w:spacing w:val="-8"/>
          <w:lang w:val="ru-RU"/>
        </w:rPr>
        <w:t xml:space="preserve"> </w:t>
      </w:r>
      <w:r w:rsidRPr="00813C9E">
        <w:rPr>
          <w:lang w:val="ru-RU"/>
        </w:rPr>
        <w:t>УЧЕБНОГО</w:t>
      </w:r>
      <w:r w:rsidRPr="00813C9E">
        <w:rPr>
          <w:spacing w:val="-8"/>
          <w:lang w:val="ru-RU"/>
        </w:rPr>
        <w:t xml:space="preserve"> </w:t>
      </w:r>
      <w:r w:rsidRPr="00813C9E">
        <w:rPr>
          <w:lang w:val="ru-RU"/>
        </w:rPr>
        <w:t>ПРЕДМЕТА</w:t>
      </w:r>
    </w:p>
    <w:p w:rsidR="00813C9E" w:rsidRPr="00813C9E" w:rsidRDefault="00813C9E" w:rsidP="00813C9E">
      <w:pPr>
        <w:spacing w:before="179"/>
        <w:ind w:left="286"/>
        <w:rPr>
          <w:i/>
          <w:sz w:val="24"/>
          <w:lang w:val="ru-RU"/>
        </w:rPr>
      </w:pPr>
      <w:r w:rsidRPr="00813C9E">
        <w:rPr>
          <w:i/>
          <w:sz w:val="24"/>
          <w:lang w:val="ru-RU"/>
        </w:rPr>
        <w:t>Человек</w:t>
      </w:r>
      <w:r w:rsidRPr="00813C9E">
        <w:rPr>
          <w:i/>
          <w:spacing w:val="-5"/>
          <w:sz w:val="24"/>
          <w:lang w:val="ru-RU"/>
        </w:rPr>
        <w:t xml:space="preserve"> </w:t>
      </w:r>
      <w:r w:rsidRPr="00813C9E">
        <w:rPr>
          <w:i/>
          <w:sz w:val="24"/>
          <w:lang w:val="ru-RU"/>
        </w:rPr>
        <w:t>и</w:t>
      </w:r>
      <w:r w:rsidRPr="00813C9E">
        <w:rPr>
          <w:i/>
          <w:spacing w:val="-3"/>
          <w:sz w:val="24"/>
          <w:lang w:val="ru-RU"/>
        </w:rPr>
        <w:t xml:space="preserve"> </w:t>
      </w:r>
      <w:r w:rsidRPr="00813C9E">
        <w:rPr>
          <w:i/>
          <w:sz w:val="24"/>
          <w:lang w:val="ru-RU"/>
        </w:rPr>
        <w:t>общество</w:t>
      </w:r>
    </w:p>
    <w:p w:rsidR="00813C9E" w:rsidRPr="00813C9E" w:rsidRDefault="00813C9E" w:rsidP="00813C9E">
      <w:pPr>
        <w:pStyle w:val="af"/>
        <w:spacing w:before="60" w:line="292" w:lineRule="auto"/>
        <w:ind w:left="106" w:right="203" w:firstLine="180"/>
        <w:rPr>
          <w:lang w:val="ru-RU"/>
        </w:rPr>
      </w:pPr>
      <w:r w:rsidRPr="00813C9E">
        <w:rPr>
          <w:lang w:val="ru-RU"/>
        </w:rPr>
        <w:t>Наша Родина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—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Россия,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Российская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Федерация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Россия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и её столица на карте. Государственные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символы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России.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Москва — столица России. Святыни Москвы — святыни России: Кремль, Красная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площадь, Большой театр и др.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Характеристика отдельных исторических событий, связанных с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Москвой</w:t>
      </w:r>
      <w:r w:rsidRPr="00813C9E">
        <w:rPr>
          <w:spacing w:val="3"/>
          <w:lang w:val="ru-RU"/>
        </w:rPr>
        <w:t xml:space="preserve"> </w:t>
      </w:r>
      <w:r w:rsidRPr="00813C9E">
        <w:rPr>
          <w:lang w:val="ru-RU"/>
        </w:rPr>
        <w:t>(основание</w:t>
      </w:r>
      <w:r w:rsidRPr="00813C9E">
        <w:rPr>
          <w:spacing w:val="3"/>
          <w:lang w:val="ru-RU"/>
        </w:rPr>
        <w:t xml:space="preserve"> </w:t>
      </w:r>
      <w:r w:rsidRPr="00813C9E">
        <w:rPr>
          <w:lang w:val="ru-RU"/>
        </w:rPr>
        <w:t>Москвы,</w:t>
      </w:r>
      <w:r w:rsidRPr="00813C9E">
        <w:rPr>
          <w:spacing w:val="3"/>
          <w:lang w:val="ru-RU"/>
        </w:rPr>
        <w:t xml:space="preserve"> </w:t>
      </w:r>
      <w:r w:rsidRPr="00813C9E">
        <w:rPr>
          <w:lang w:val="ru-RU"/>
        </w:rPr>
        <w:t>строительство</w:t>
      </w:r>
      <w:r w:rsidRPr="00813C9E">
        <w:rPr>
          <w:spacing w:val="4"/>
          <w:lang w:val="ru-RU"/>
        </w:rPr>
        <w:t xml:space="preserve"> </w:t>
      </w:r>
      <w:r w:rsidRPr="00813C9E">
        <w:rPr>
          <w:lang w:val="ru-RU"/>
        </w:rPr>
        <w:t>Кремля</w:t>
      </w:r>
      <w:r w:rsidRPr="00813C9E">
        <w:rPr>
          <w:spacing w:val="2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3"/>
          <w:lang w:val="ru-RU"/>
        </w:rPr>
        <w:t xml:space="preserve"> </w:t>
      </w:r>
      <w:r w:rsidRPr="00813C9E">
        <w:rPr>
          <w:lang w:val="ru-RU"/>
        </w:rPr>
        <w:t>др.).</w:t>
      </w:r>
      <w:r w:rsidRPr="00813C9E">
        <w:rPr>
          <w:spacing w:val="4"/>
          <w:lang w:val="ru-RU"/>
        </w:rPr>
        <w:t xml:space="preserve"> </w:t>
      </w:r>
      <w:r w:rsidRPr="00813C9E">
        <w:rPr>
          <w:lang w:val="ru-RU"/>
        </w:rPr>
        <w:t>Герб</w:t>
      </w:r>
      <w:r w:rsidRPr="00813C9E">
        <w:rPr>
          <w:spacing w:val="60"/>
          <w:lang w:val="ru-RU"/>
        </w:rPr>
        <w:t xml:space="preserve"> </w:t>
      </w:r>
      <w:r w:rsidRPr="00813C9E">
        <w:rPr>
          <w:lang w:val="ru-RU"/>
        </w:rPr>
        <w:t>Москвы.</w:t>
      </w:r>
      <w:r w:rsidRPr="00813C9E">
        <w:rPr>
          <w:spacing w:val="61"/>
          <w:lang w:val="ru-RU"/>
        </w:rPr>
        <w:t xml:space="preserve"> </w:t>
      </w:r>
      <w:r w:rsidRPr="00813C9E">
        <w:rPr>
          <w:lang w:val="ru-RU"/>
        </w:rPr>
        <w:t>Расположение</w:t>
      </w:r>
      <w:r w:rsidRPr="00813C9E">
        <w:rPr>
          <w:spacing w:val="61"/>
          <w:lang w:val="ru-RU"/>
        </w:rPr>
        <w:t xml:space="preserve"> </w:t>
      </w:r>
      <w:r w:rsidRPr="00813C9E">
        <w:rPr>
          <w:lang w:val="ru-RU"/>
        </w:rPr>
        <w:t>Москвы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на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карте.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Города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России.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Россия — многонациональное государство. Народы России, их традиции,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обычаи, праздники. Родной край, его природные и культурные достопримечательности. Значимые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события истории родного края. Свой регион и его главный город на карте; символика своего региона.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Хозяйственные занятия, профессии жителей родного края. Значение труда в жизни человека и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общества.</w:t>
      </w:r>
    </w:p>
    <w:p w:rsidR="00813C9E" w:rsidRPr="00813C9E" w:rsidRDefault="00813C9E" w:rsidP="00813C9E">
      <w:pPr>
        <w:pStyle w:val="af"/>
        <w:spacing w:line="292" w:lineRule="auto"/>
        <w:ind w:left="106" w:right="733" w:firstLine="180"/>
        <w:rPr>
          <w:lang w:val="ru-RU"/>
        </w:rPr>
      </w:pPr>
      <w:r w:rsidRPr="00813C9E">
        <w:rPr>
          <w:lang w:val="ru-RU"/>
        </w:rPr>
        <w:t>Семья. Семейные ценности и традиции. Родословная. Составление схемы родословного древа,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истории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семьи.</w:t>
      </w:r>
    </w:p>
    <w:p w:rsidR="00813C9E" w:rsidRPr="00813C9E" w:rsidRDefault="00813C9E" w:rsidP="00813C9E">
      <w:pPr>
        <w:pStyle w:val="af"/>
        <w:spacing w:line="292" w:lineRule="auto"/>
        <w:ind w:left="106" w:right="598" w:firstLine="180"/>
        <w:rPr>
          <w:lang w:val="ru-RU"/>
        </w:rPr>
      </w:pPr>
      <w:r w:rsidRPr="00813C9E">
        <w:rPr>
          <w:lang w:val="ru-RU"/>
        </w:rPr>
        <w:t>Правила культурного поведения в общественных местах. Доброта, справедливость, честность,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уважение к чужому мнению и особенностям других людей — главные правила взаимоотношений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членов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общества.</w:t>
      </w:r>
    </w:p>
    <w:p w:rsidR="00813C9E" w:rsidRPr="00813C9E" w:rsidRDefault="00813C9E" w:rsidP="00813C9E">
      <w:pPr>
        <w:spacing w:line="274" w:lineRule="exact"/>
        <w:ind w:left="286"/>
        <w:rPr>
          <w:i/>
          <w:sz w:val="24"/>
          <w:lang w:val="ru-RU"/>
        </w:rPr>
      </w:pPr>
      <w:r w:rsidRPr="00813C9E">
        <w:rPr>
          <w:i/>
          <w:sz w:val="24"/>
          <w:lang w:val="ru-RU"/>
        </w:rPr>
        <w:t>Человек</w:t>
      </w:r>
      <w:r w:rsidRPr="00813C9E">
        <w:rPr>
          <w:i/>
          <w:spacing w:val="-3"/>
          <w:sz w:val="24"/>
          <w:lang w:val="ru-RU"/>
        </w:rPr>
        <w:t xml:space="preserve"> </w:t>
      </w:r>
      <w:r w:rsidRPr="00813C9E">
        <w:rPr>
          <w:i/>
          <w:sz w:val="24"/>
          <w:lang w:val="ru-RU"/>
        </w:rPr>
        <w:t>и</w:t>
      </w:r>
      <w:r w:rsidRPr="00813C9E">
        <w:rPr>
          <w:i/>
          <w:spacing w:val="-2"/>
          <w:sz w:val="24"/>
          <w:lang w:val="ru-RU"/>
        </w:rPr>
        <w:t xml:space="preserve"> </w:t>
      </w:r>
      <w:r w:rsidRPr="00813C9E">
        <w:rPr>
          <w:i/>
          <w:sz w:val="24"/>
          <w:lang w:val="ru-RU"/>
        </w:rPr>
        <w:t>природа</w:t>
      </w:r>
    </w:p>
    <w:p w:rsidR="00813C9E" w:rsidRPr="00813C9E" w:rsidRDefault="00813C9E" w:rsidP="00813C9E">
      <w:pPr>
        <w:pStyle w:val="af"/>
        <w:spacing w:before="53" w:line="292" w:lineRule="auto"/>
        <w:ind w:left="106" w:right="854" w:firstLine="180"/>
        <w:rPr>
          <w:lang w:val="ru-RU"/>
        </w:rPr>
      </w:pPr>
      <w:r w:rsidRPr="00813C9E">
        <w:rPr>
          <w:lang w:val="ru-RU"/>
        </w:rPr>
        <w:t>Методы познания природы: наблюдения, опыты, измерения. Звёзды и созвездия, наблюдения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звёздного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неба.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Планеты.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Чем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Земля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отличается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от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других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планет;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условия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жизни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на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Земле.</w:t>
      </w:r>
    </w:p>
    <w:p w:rsidR="00813C9E" w:rsidRPr="00813C9E" w:rsidRDefault="00813C9E" w:rsidP="00813C9E">
      <w:pPr>
        <w:pStyle w:val="af"/>
        <w:spacing w:line="292" w:lineRule="auto"/>
        <w:ind w:left="106" w:right="437"/>
        <w:rPr>
          <w:lang w:val="ru-RU"/>
        </w:rPr>
      </w:pPr>
      <w:r w:rsidRPr="00813C9E">
        <w:rPr>
          <w:lang w:val="ru-RU"/>
        </w:rPr>
        <w:lastRenderedPageBreak/>
        <w:t>Изображения Земли: глобус, карта, план. Карта мира. Материки, океаны. Определение сторон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горизонта при помощи компаса. Ориентирование на местности по местным природным признакам,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Солнцу.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Компас, устройство;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ориентирование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с помощью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компаса.</w:t>
      </w:r>
    </w:p>
    <w:p w:rsidR="00813C9E" w:rsidRPr="00813C9E" w:rsidRDefault="00813C9E" w:rsidP="00813C9E">
      <w:pPr>
        <w:pStyle w:val="af"/>
        <w:spacing w:line="292" w:lineRule="auto"/>
        <w:ind w:left="106" w:right="133" w:firstLine="180"/>
        <w:rPr>
          <w:lang w:val="ru-RU"/>
        </w:rPr>
      </w:pPr>
      <w:r w:rsidRPr="00813C9E">
        <w:rPr>
          <w:lang w:val="ru-RU"/>
        </w:rPr>
        <w:t>Многообразие растений. Деревья, кустарники, травы. Дикорастущие и культурные растения.</w:t>
      </w:r>
      <w:r w:rsidRPr="00813C9E">
        <w:rPr>
          <w:spacing w:val="61"/>
          <w:lang w:val="ru-RU"/>
        </w:rPr>
        <w:t xml:space="preserve"> </w:t>
      </w:r>
      <w:r w:rsidRPr="00813C9E">
        <w:rPr>
          <w:lang w:val="ru-RU"/>
        </w:rPr>
        <w:t>Связи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в природе.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Годовой ход изменений в жизни растений. Многообразие животных. Насекомые, рыбы,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птицы, звери, земноводные, пресмыкающиеся: общая характеристика внешних признаков. Связи в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природе.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Годовой ход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изменений в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жизни животных.</w:t>
      </w:r>
    </w:p>
    <w:p w:rsidR="00813C9E" w:rsidRPr="00813C9E" w:rsidRDefault="00813C9E" w:rsidP="00813C9E">
      <w:pPr>
        <w:pStyle w:val="af"/>
        <w:spacing w:line="292" w:lineRule="auto"/>
        <w:ind w:left="106" w:right="214" w:firstLine="180"/>
        <w:rPr>
          <w:lang w:val="ru-RU"/>
        </w:rPr>
      </w:pPr>
      <w:r w:rsidRPr="00813C9E">
        <w:rPr>
          <w:lang w:val="ru-RU"/>
        </w:rPr>
        <w:t>Красная книга России, её значение, отдельные представители растений и животных Красной книги.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Заповедники,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природные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парки.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Охрана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природы.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Правила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нравственного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поведения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на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природе.</w:t>
      </w:r>
    </w:p>
    <w:p w:rsidR="00813C9E" w:rsidRPr="00813C9E" w:rsidRDefault="00813C9E" w:rsidP="00813C9E">
      <w:pPr>
        <w:spacing w:line="275" w:lineRule="exact"/>
        <w:ind w:left="286"/>
        <w:rPr>
          <w:i/>
          <w:sz w:val="24"/>
          <w:lang w:val="ru-RU"/>
        </w:rPr>
      </w:pPr>
      <w:r w:rsidRPr="00813C9E">
        <w:rPr>
          <w:i/>
          <w:sz w:val="24"/>
          <w:lang w:val="ru-RU"/>
        </w:rPr>
        <w:t>Правила</w:t>
      </w:r>
      <w:r w:rsidRPr="00813C9E">
        <w:rPr>
          <w:i/>
          <w:spacing w:val="-3"/>
          <w:sz w:val="24"/>
          <w:lang w:val="ru-RU"/>
        </w:rPr>
        <w:t xml:space="preserve"> </w:t>
      </w:r>
      <w:r w:rsidRPr="00813C9E">
        <w:rPr>
          <w:i/>
          <w:sz w:val="24"/>
          <w:lang w:val="ru-RU"/>
        </w:rPr>
        <w:t>безопасной</w:t>
      </w:r>
      <w:r w:rsidRPr="00813C9E">
        <w:rPr>
          <w:i/>
          <w:spacing w:val="-3"/>
          <w:sz w:val="24"/>
          <w:lang w:val="ru-RU"/>
        </w:rPr>
        <w:t xml:space="preserve"> </w:t>
      </w:r>
      <w:r w:rsidRPr="00813C9E">
        <w:rPr>
          <w:i/>
          <w:sz w:val="24"/>
          <w:lang w:val="ru-RU"/>
        </w:rPr>
        <w:t>жизни</w:t>
      </w:r>
    </w:p>
    <w:p w:rsidR="00813C9E" w:rsidRPr="00813C9E" w:rsidRDefault="00813C9E" w:rsidP="00813C9E">
      <w:pPr>
        <w:pStyle w:val="af"/>
        <w:spacing w:before="55" w:line="292" w:lineRule="auto"/>
        <w:ind w:left="106" w:right="87" w:firstLine="180"/>
        <w:rPr>
          <w:lang w:val="ru-RU"/>
        </w:rPr>
      </w:pPr>
      <w:r w:rsidRPr="00813C9E">
        <w:rPr>
          <w:lang w:val="ru-RU"/>
        </w:rPr>
        <w:t>Здоровый образ жизни: режим дня (чередование сна, учебных занятий, двигательной активности) и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рациональное питание (количество приёмов пищи и рацион питания). Физическая культура,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закаливание,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игры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на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воздухе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как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условие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сохранения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укрепления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здоровья.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Правила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безопасности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в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школе (маршрут до школы, правила поведения на занятиях, переменах, при приёмах пищи и на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пришкольной территории), в быту, на прогулках. Правила безопасного поведения пассажира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наземного транспорта и метро (ожидание на остановке, посадка, размещение в салоне или вагоне,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высадка,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знаки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безопасности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на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общественном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транспорте).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Номера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телефонов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экстренной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помощи.</w:t>
      </w:r>
    </w:p>
    <w:p w:rsidR="00813C9E" w:rsidRPr="00813C9E" w:rsidRDefault="00813C9E" w:rsidP="00813C9E">
      <w:pPr>
        <w:pStyle w:val="af"/>
        <w:spacing w:line="292" w:lineRule="auto"/>
        <w:ind w:left="106" w:right="774"/>
        <w:rPr>
          <w:lang w:val="ru-RU"/>
        </w:rPr>
      </w:pPr>
      <w:r w:rsidRPr="00813C9E">
        <w:rPr>
          <w:lang w:val="ru-RU"/>
        </w:rPr>
        <w:t>Правила поведения при пользовании компьютером. Безопасность в Интернете (коммуникация в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мессенджерах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социальных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группах)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в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условиях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контролируемого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доступа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в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Интернет.</w:t>
      </w:r>
    </w:p>
    <w:p w:rsidR="00813C9E" w:rsidRPr="00813C9E" w:rsidRDefault="00813C9E" w:rsidP="00813C9E">
      <w:pPr>
        <w:pStyle w:val="1"/>
        <w:spacing w:before="115"/>
        <w:ind w:left="286"/>
        <w:rPr>
          <w:lang w:val="ru-RU"/>
        </w:rPr>
      </w:pPr>
      <w:r w:rsidRPr="00813C9E">
        <w:rPr>
          <w:lang w:val="ru-RU"/>
        </w:rPr>
        <w:t>Универсальные</w:t>
      </w:r>
      <w:r w:rsidRPr="00813C9E">
        <w:rPr>
          <w:spacing w:val="-9"/>
          <w:lang w:val="ru-RU"/>
        </w:rPr>
        <w:t xml:space="preserve"> </w:t>
      </w:r>
      <w:r w:rsidRPr="00813C9E">
        <w:rPr>
          <w:lang w:val="ru-RU"/>
        </w:rPr>
        <w:t>учебные</w:t>
      </w:r>
      <w:r w:rsidRPr="00813C9E">
        <w:rPr>
          <w:spacing w:val="-11"/>
          <w:lang w:val="ru-RU"/>
        </w:rPr>
        <w:t xml:space="preserve"> </w:t>
      </w:r>
      <w:r w:rsidRPr="00813C9E">
        <w:rPr>
          <w:lang w:val="ru-RU"/>
        </w:rPr>
        <w:t>действия</w:t>
      </w:r>
      <w:r w:rsidRPr="00813C9E">
        <w:rPr>
          <w:spacing w:val="-12"/>
          <w:lang w:val="ru-RU"/>
        </w:rPr>
        <w:t xml:space="preserve"> </w:t>
      </w:r>
      <w:r w:rsidRPr="00813C9E">
        <w:rPr>
          <w:lang w:val="ru-RU"/>
        </w:rPr>
        <w:t>(пропедевтический</w:t>
      </w:r>
      <w:r w:rsidRPr="00813C9E">
        <w:rPr>
          <w:spacing w:val="-9"/>
          <w:lang w:val="ru-RU"/>
        </w:rPr>
        <w:t xml:space="preserve"> </w:t>
      </w:r>
      <w:r w:rsidRPr="00813C9E">
        <w:rPr>
          <w:lang w:val="ru-RU"/>
        </w:rPr>
        <w:t>уровень)</w:t>
      </w:r>
    </w:p>
    <w:p w:rsidR="00813C9E" w:rsidRDefault="00813C9E" w:rsidP="00813C9E">
      <w:pPr>
        <w:spacing w:before="60"/>
        <w:ind w:left="286"/>
        <w:rPr>
          <w:i/>
          <w:sz w:val="24"/>
        </w:rPr>
      </w:pPr>
      <w:proofErr w:type="spellStart"/>
      <w:r>
        <w:rPr>
          <w:i/>
          <w:sz w:val="24"/>
        </w:rPr>
        <w:t>Познавательные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универсальные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учебные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действия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68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ориентироваться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методах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познания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природы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(наблюдение,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опыт,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сравнение,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измерение);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на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основе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наблюдения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определять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состояние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вещества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(жидкое,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твёрдое,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газообразное);</w:t>
      </w:r>
    </w:p>
    <w:p w:rsid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</w:rPr>
      </w:pPr>
      <w:proofErr w:type="spellStart"/>
      <w:r>
        <w:rPr>
          <w:sz w:val="24"/>
        </w:rPr>
        <w:t>различать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символы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81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различать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деревья,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кустарники,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травы;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приводить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примеры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(в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пределах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изученного);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78" w:after="0" w:line="292" w:lineRule="auto"/>
        <w:ind w:right="365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группировать растения: дикорастущие и культурные; лекарственные и ядовитые (в пределах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изученного);</w:t>
      </w:r>
    </w:p>
    <w:p w:rsid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</w:rPr>
      </w:pPr>
      <w:proofErr w:type="spellStart"/>
      <w:proofErr w:type="gramStart"/>
      <w:r>
        <w:rPr>
          <w:sz w:val="24"/>
        </w:rPr>
        <w:t>различать</w:t>
      </w:r>
      <w:proofErr w:type="spellEnd"/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прошлое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настоящее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будущее</w:t>
      </w:r>
      <w:proofErr w:type="spellEnd"/>
      <w:r>
        <w:rPr>
          <w:sz w:val="24"/>
        </w:rPr>
        <w:t>.</w:t>
      </w:r>
    </w:p>
    <w:p w:rsidR="00813C9E" w:rsidRDefault="00813C9E" w:rsidP="00813C9E">
      <w:pPr>
        <w:spacing w:before="168"/>
        <w:ind w:left="286"/>
        <w:rPr>
          <w:i/>
          <w:sz w:val="24"/>
        </w:rPr>
      </w:pPr>
      <w:proofErr w:type="spellStart"/>
      <w:r>
        <w:rPr>
          <w:i/>
          <w:sz w:val="24"/>
        </w:rPr>
        <w:t>Работа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информацией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68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различать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информацию,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представленную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тексте,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графически,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аудиовизуально;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читать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информацию,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представленную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схеме,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таблице;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используя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текстовую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информацию,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заполнять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таблицы;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дополнять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схемы;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соотносить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пример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(рисунок,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предложенную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ситуацию)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временем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протекания.</w:t>
      </w:r>
    </w:p>
    <w:p w:rsidR="00813C9E" w:rsidRDefault="00813C9E" w:rsidP="00813C9E">
      <w:pPr>
        <w:spacing w:before="168"/>
        <w:ind w:left="286"/>
        <w:rPr>
          <w:i/>
          <w:sz w:val="24"/>
        </w:rPr>
      </w:pPr>
      <w:proofErr w:type="spellStart"/>
      <w:r>
        <w:rPr>
          <w:i/>
          <w:sz w:val="24"/>
        </w:rPr>
        <w:t>Коммуникативные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универсальные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учебные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действия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before="61" w:after="0" w:line="240" w:lineRule="auto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ориентироваться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терминах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(понятиях),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соотносить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их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краткой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характеристикой: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65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понятия и термины, связанные с социальным миром (индивидуальность человека, органы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чувств, жизнедеятельность; поколение, старшее поколение, культура поведения; Родина,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столица,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родной край, регион);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8" w:after="0" w:line="292" w:lineRule="auto"/>
        <w:ind w:right="51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 xml:space="preserve">понятия и термины, связанные с миром природы (среда обитания, тело, явление, </w:t>
      </w:r>
      <w:r w:rsidRPr="00813C9E">
        <w:rPr>
          <w:sz w:val="24"/>
          <w:lang w:val="ru-RU"/>
        </w:rPr>
        <w:lastRenderedPageBreak/>
        <w:t>вещество;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заповедник);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92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понятия и термины, связанные с организацией своей жизни и охраны здоровья (режим,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правильное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питание,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закаливание,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безопасность, опасная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ситуация);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before="107" w:after="0" w:line="292" w:lineRule="auto"/>
        <w:ind w:left="106" w:right="1048" w:firstLine="18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описывать условия жизни на Земле, отличие нашей планеты от других планет Солнечной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системы;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after="0" w:line="292" w:lineRule="auto"/>
        <w:ind w:left="106" w:right="336" w:firstLine="18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создавать небольшие описания на предложенную тему (например, «Моя семья», «Какие бывают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профессии?»,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«Что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«умеют»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органы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чувств?»,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«Лес —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природное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сообщество»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др.);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after="0" w:line="292" w:lineRule="auto"/>
        <w:ind w:left="106" w:right="632" w:firstLine="18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создавать высказывания-рассуждения (например, признаки животного и растения как живого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существа;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связь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изменений в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живой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природе с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явлениями неживой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природы);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after="0" w:line="292" w:lineRule="auto"/>
        <w:ind w:left="106" w:right="725" w:firstLine="18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приводить примеры растений и животных, занесённых в Красную книгу России (на примере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своей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местности);</w:t>
      </w:r>
    </w:p>
    <w:p w:rsidR="00813C9E" w:rsidRPr="00813C9E" w:rsidRDefault="00813C9E" w:rsidP="00813C9E">
      <w:pPr>
        <w:pStyle w:val="ae"/>
        <w:widowControl w:val="0"/>
        <w:numPr>
          <w:ilvl w:val="0"/>
          <w:numId w:val="13"/>
        </w:numPr>
        <w:tabs>
          <w:tab w:val="left" w:pos="527"/>
        </w:tabs>
        <w:autoSpaceDE w:val="0"/>
        <w:autoSpaceDN w:val="0"/>
        <w:spacing w:after="0" w:line="275" w:lineRule="exact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описывать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современные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события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от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имени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их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участника.</w:t>
      </w:r>
    </w:p>
    <w:p w:rsidR="00813C9E" w:rsidRDefault="00813C9E" w:rsidP="00813C9E">
      <w:pPr>
        <w:spacing w:before="176"/>
        <w:ind w:left="286"/>
        <w:rPr>
          <w:i/>
          <w:sz w:val="24"/>
        </w:rPr>
      </w:pPr>
      <w:proofErr w:type="spellStart"/>
      <w:r>
        <w:rPr>
          <w:i/>
          <w:sz w:val="24"/>
        </w:rPr>
        <w:t>Регулятивные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универсальные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учебные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действия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следовать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образцу,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предложенному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плану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инструкции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решении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учебной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задачи;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80" w:after="0" w:line="292" w:lineRule="auto"/>
        <w:ind w:right="535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контролировать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небольшой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помощью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учителя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последовательность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действий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решению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учебной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задачи;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98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оценивать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результаты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своей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работы,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анализировать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оценку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учителя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одноклассников,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спокойно,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без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обид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принимать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советы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 замечания.</w:t>
      </w:r>
    </w:p>
    <w:p w:rsidR="00813C9E" w:rsidRDefault="00813C9E" w:rsidP="00813C9E">
      <w:pPr>
        <w:spacing w:before="107"/>
        <w:ind w:left="286"/>
        <w:rPr>
          <w:i/>
          <w:sz w:val="24"/>
        </w:rPr>
      </w:pPr>
      <w:proofErr w:type="spellStart"/>
      <w:r>
        <w:rPr>
          <w:i/>
          <w:sz w:val="24"/>
        </w:rPr>
        <w:t>Совместная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деятельность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104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строить свою учебную и игровую деятельность, житейские ситуации в соответствии с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правилами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поведения, принятыми в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обществе;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1046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оценивать жизненные ситуации с точки зрения правил поведения, культуры общения,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проявления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терпения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 уважения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собеседнику;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388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проводить в парах (группах) простые опыты по определению свойств разных веществ (вода,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молоко, сахар, соль, железо), совместно намечать план работы, оценивать свой вклад в общее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дело;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66" w:after="0" w:line="292" w:lineRule="auto"/>
        <w:ind w:right="89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определять причины возможных конфликтов, выбирать (из предложенных) способы их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разрешения.</w:t>
      </w:r>
    </w:p>
    <w:p w:rsidR="00813C9E" w:rsidRPr="00813C9E" w:rsidRDefault="00813C9E" w:rsidP="00813C9E">
      <w:pPr>
        <w:pStyle w:val="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2FA463B" wp14:editId="06653202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9679B" id="Rectangle 9" o:spid="_x0000_s1026" style="position:absolute;margin-left:33.3pt;margin-top:22.9pt;width:528.15pt;height:.6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Pr="00813C9E">
        <w:rPr>
          <w:lang w:val="ru-RU"/>
        </w:rPr>
        <w:t>ПЛАНИРУЕМЫЕ</w:t>
      </w:r>
      <w:r w:rsidRPr="00813C9E">
        <w:rPr>
          <w:spacing w:val="-11"/>
          <w:lang w:val="ru-RU"/>
        </w:rPr>
        <w:t xml:space="preserve"> </w:t>
      </w:r>
      <w:r w:rsidRPr="00813C9E">
        <w:rPr>
          <w:lang w:val="ru-RU"/>
        </w:rPr>
        <w:t>ОБРАЗОВАТЕЛЬНЫЕ</w:t>
      </w:r>
      <w:r w:rsidRPr="00813C9E">
        <w:rPr>
          <w:spacing w:val="-11"/>
          <w:lang w:val="ru-RU"/>
        </w:rPr>
        <w:t xml:space="preserve"> </w:t>
      </w:r>
      <w:r w:rsidRPr="00813C9E">
        <w:rPr>
          <w:lang w:val="ru-RU"/>
        </w:rPr>
        <w:t>РЕЗУЛЬТАТЫ</w:t>
      </w:r>
    </w:p>
    <w:p w:rsidR="00813C9E" w:rsidRPr="00813C9E" w:rsidRDefault="00813C9E" w:rsidP="00813C9E">
      <w:pPr>
        <w:pStyle w:val="af"/>
        <w:spacing w:before="179" w:line="292" w:lineRule="auto"/>
        <w:ind w:left="106" w:right="823" w:firstLine="180"/>
        <w:rPr>
          <w:lang w:val="ru-RU"/>
        </w:rPr>
      </w:pPr>
      <w:r w:rsidRPr="00813C9E">
        <w:rPr>
          <w:lang w:val="ru-RU"/>
        </w:rPr>
        <w:t>Изучение предмета "Окружающий мир" в 2 классе направлено на достижение обучающимися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личностных,</w:t>
      </w:r>
      <w:r w:rsidRPr="00813C9E">
        <w:rPr>
          <w:spacing w:val="-2"/>
          <w:lang w:val="ru-RU"/>
        </w:rPr>
        <w:t xml:space="preserve"> </w:t>
      </w:r>
      <w:proofErr w:type="spellStart"/>
      <w:r w:rsidRPr="00813C9E">
        <w:rPr>
          <w:lang w:val="ru-RU"/>
        </w:rPr>
        <w:t>метапредметных</w:t>
      </w:r>
      <w:proofErr w:type="spellEnd"/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предметных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результатов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освоения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учебного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предмета.</w:t>
      </w:r>
    </w:p>
    <w:p w:rsidR="00813C9E" w:rsidRPr="00813C9E" w:rsidRDefault="00813C9E" w:rsidP="00813C9E">
      <w:pPr>
        <w:pStyle w:val="1"/>
        <w:spacing w:before="155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33C31D8" wp14:editId="6751115F">
                <wp:simplePos x="0" y="0"/>
                <wp:positionH relativeFrom="page">
                  <wp:posOffset>422910</wp:posOffset>
                </wp:positionH>
                <wp:positionV relativeFrom="paragraph">
                  <wp:posOffset>347345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9EA90" id="Rectangle 8" o:spid="_x0000_s1026" style="position:absolute;margin-left:33.3pt;margin-top:27.35pt;width:528.15pt;height: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8+vir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813C9E">
        <w:rPr>
          <w:lang w:val="ru-RU"/>
        </w:rPr>
        <w:t>ЛИЧНОСТНЫЕ</w:t>
      </w:r>
      <w:r w:rsidRPr="00813C9E">
        <w:rPr>
          <w:spacing w:val="-9"/>
          <w:lang w:val="ru-RU"/>
        </w:rPr>
        <w:t xml:space="preserve"> </w:t>
      </w:r>
      <w:r w:rsidRPr="00813C9E">
        <w:rPr>
          <w:lang w:val="ru-RU"/>
        </w:rPr>
        <w:t>РЕЗУЛЬТАТЫ</w:t>
      </w:r>
    </w:p>
    <w:p w:rsidR="00813C9E" w:rsidRPr="00813C9E" w:rsidRDefault="00813C9E" w:rsidP="00813C9E">
      <w:pPr>
        <w:pStyle w:val="af"/>
        <w:spacing w:before="179" w:line="292" w:lineRule="auto"/>
        <w:ind w:left="106" w:right="793" w:firstLine="180"/>
        <w:rPr>
          <w:lang w:val="ru-RU"/>
        </w:rPr>
      </w:pPr>
      <w:r w:rsidRPr="00813C9E">
        <w:rPr>
          <w:lang w:val="ru-RU"/>
        </w:rPr>
        <w:t>Личностные результаты изучения предмета «Окружающий мир» характеризуют готовность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обучающихся руководствоваться традиционными российскими социокультурными и духовно-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нравственными ценностями, принятыми в обществе правилами и нормами поведения и должны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отражать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приобретение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первоначального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опыта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деятельности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обучающихся,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в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части:</w:t>
      </w:r>
    </w:p>
    <w:p w:rsidR="00813C9E" w:rsidRDefault="00813C9E" w:rsidP="00813C9E">
      <w:pPr>
        <w:pStyle w:val="1"/>
        <w:spacing w:before="0" w:line="274" w:lineRule="exact"/>
        <w:ind w:left="286"/>
      </w:pPr>
      <w:proofErr w:type="spellStart"/>
      <w:r>
        <w:t>Гражданско-патриотического</w:t>
      </w:r>
      <w:proofErr w:type="spellEnd"/>
      <w:r>
        <w:rPr>
          <w:spacing w:val="-12"/>
        </w:rPr>
        <w:t xml:space="preserve"> </w:t>
      </w:r>
      <w:proofErr w:type="spellStart"/>
      <w:r>
        <w:t>воспитания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806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 xml:space="preserve">становление ценностного отношения к своей Родине — России; понимание </w:t>
      </w:r>
      <w:r w:rsidRPr="00813C9E">
        <w:rPr>
          <w:sz w:val="24"/>
          <w:lang w:val="ru-RU"/>
        </w:rPr>
        <w:lastRenderedPageBreak/>
        <w:t>особой роли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многонациональной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России в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современном мире;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20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осознание своей этнокультурной и российской гражданской идентичности, принадлежности к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российскому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народу, к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своей национальной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общности;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25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сопричастность к прошлому, настоящему и будущему своей страны и родного края;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проявление интереса к истории и многонациональной культуре своей страны, уважения к своему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другим народам;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8" w:after="0" w:line="292" w:lineRule="auto"/>
        <w:ind w:right="156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первоначальные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представления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человеке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как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члене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общества,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осознание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прав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ответственности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человека как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члена общества.</w:t>
      </w:r>
    </w:p>
    <w:p w:rsidR="00813C9E" w:rsidRDefault="00813C9E" w:rsidP="00813C9E">
      <w:pPr>
        <w:pStyle w:val="1"/>
        <w:spacing w:before="107"/>
        <w:ind w:left="286"/>
      </w:pPr>
      <w:proofErr w:type="spellStart"/>
      <w:r>
        <w:t>Духовно-нравственного</w:t>
      </w:r>
      <w:proofErr w:type="spellEnd"/>
      <w:r>
        <w:rPr>
          <w:spacing w:val="-10"/>
        </w:rPr>
        <w:t xml:space="preserve"> </w:t>
      </w:r>
      <w:proofErr w:type="spellStart"/>
      <w:r>
        <w:t>воспитания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335" w:firstLine="0"/>
        <w:contextualSpacing w:val="0"/>
        <w:jc w:val="both"/>
        <w:rPr>
          <w:sz w:val="24"/>
          <w:lang w:val="ru-RU"/>
        </w:rPr>
      </w:pPr>
      <w:r w:rsidRPr="00813C9E">
        <w:rPr>
          <w:sz w:val="24"/>
          <w:lang w:val="ru-RU"/>
        </w:rPr>
        <w:t>проявление культуры общения, уважительного отношения к людям, их взглядам, признанию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индивидуальности;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982" w:firstLine="0"/>
        <w:contextualSpacing w:val="0"/>
        <w:jc w:val="both"/>
        <w:rPr>
          <w:sz w:val="24"/>
          <w:lang w:val="ru-RU"/>
        </w:rPr>
      </w:pPr>
      <w:r w:rsidRPr="00813C9E">
        <w:rPr>
          <w:sz w:val="24"/>
          <w:lang w:val="ru-RU"/>
        </w:rPr>
        <w:t>принятие существующих в обществе нравственно-этических норм поведения и правил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межличностных отношений, которые строятся на проявлении гуманизма, сопереживания,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уважения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 доброжелательности;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8" w:after="0" w:line="292" w:lineRule="auto"/>
        <w:ind w:right="72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применение правил совместной деятельности, проявление способности договариваться,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неприятие любых форм поведения, направленных на причинение физического и морального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вреда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другим людям.</w:t>
      </w:r>
    </w:p>
    <w:p w:rsidR="00813C9E" w:rsidRDefault="00813C9E" w:rsidP="00813C9E">
      <w:pPr>
        <w:pStyle w:val="1"/>
        <w:spacing w:before="106"/>
        <w:ind w:left="286"/>
      </w:pPr>
      <w:proofErr w:type="spellStart"/>
      <w:r>
        <w:t>Эстетического</w:t>
      </w:r>
      <w:proofErr w:type="spellEnd"/>
      <w:r>
        <w:rPr>
          <w:spacing w:val="-9"/>
        </w:rPr>
        <w:t xml:space="preserve"> </w:t>
      </w:r>
      <w:proofErr w:type="spellStart"/>
      <w:r>
        <w:t>воспитания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36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понимание особой роли России в развитии общемировой художественной культуры,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проявление уважительного отношения, восприимчивости и интереса к разным видам искусства,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традициям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 творчеству своего 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других народов;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270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использование полученных знаний в продуктивной и преобразующей деятельности, в разных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видах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художественной деятельности.</w:t>
      </w:r>
    </w:p>
    <w:p w:rsidR="00813C9E" w:rsidRPr="00813C9E" w:rsidRDefault="00813C9E" w:rsidP="00813C9E">
      <w:pPr>
        <w:pStyle w:val="1"/>
        <w:spacing w:before="106"/>
        <w:ind w:left="286"/>
        <w:rPr>
          <w:lang w:val="ru-RU"/>
        </w:rPr>
      </w:pPr>
      <w:r w:rsidRPr="00813C9E">
        <w:rPr>
          <w:lang w:val="ru-RU"/>
        </w:rPr>
        <w:t>Физического</w:t>
      </w:r>
      <w:r w:rsidRPr="00813C9E">
        <w:rPr>
          <w:spacing w:val="-7"/>
          <w:lang w:val="ru-RU"/>
        </w:rPr>
        <w:t xml:space="preserve"> </w:t>
      </w:r>
      <w:r w:rsidRPr="00813C9E">
        <w:rPr>
          <w:lang w:val="ru-RU"/>
        </w:rPr>
        <w:t>воспитания,</w:t>
      </w:r>
      <w:r w:rsidRPr="00813C9E">
        <w:rPr>
          <w:spacing w:val="-6"/>
          <w:lang w:val="ru-RU"/>
        </w:rPr>
        <w:t xml:space="preserve"> </w:t>
      </w:r>
      <w:r w:rsidRPr="00813C9E">
        <w:rPr>
          <w:lang w:val="ru-RU"/>
        </w:rPr>
        <w:t>формирования</w:t>
      </w:r>
      <w:r w:rsidRPr="00813C9E">
        <w:rPr>
          <w:spacing w:val="-7"/>
          <w:lang w:val="ru-RU"/>
        </w:rPr>
        <w:t xml:space="preserve"> </w:t>
      </w:r>
      <w:r w:rsidRPr="00813C9E">
        <w:rPr>
          <w:lang w:val="ru-RU"/>
        </w:rPr>
        <w:t>культуры</w:t>
      </w:r>
      <w:r w:rsidRPr="00813C9E">
        <w:rPr>
          <w:spacing w:val="-7"/>
          <w:lang w:val="ru-RU"/>
        </w:rPr>
        <w:t xml:space="preserve"> </w:t>
      </w:r>
      <w:r w:rsidRPr="00813C9E">
        <w:rPr>
          <w:lang w:val="ru-RU"/>
        </w:rPr>
        <w:t>здоровья</w:t>
      </w:r>
      <w:r w:rsidRPr="00813C9E">
        <w:rPr>
          <w:spacing w:val="-7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7"/>
          <w:lang w:val="ru-RU"/>
        </w:rPr>
        <w:t xml:space="preserve"> </w:t>
      </w:r>
      <w:r w:rsidRPr="00813C9E">
        <w:rPr>
          <w:lang w:val="ru-RU"/>
        </w:rPr>
        <w:t>эмоционального</w:t>
      </w:r>
      <w:r w:rsidRPr="00813C9E">
        <w:rPr>
          <w:spacing w:val="-6"/>
          <w:lang w:val="ru-RU"/>
        </w:rPr>
        <w:t xml:space="preserve"> </w:t>
      </w:r>
      <w:r w:rsidRPr="00813C9E">
        <w:rPr>
          <w:lang w:val="ru-RU"/>
        </w:rPr>
        <w:t>благополучия: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456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соблюдение правил организации здорового и безопасного (для себя и других людей) образа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жизни; выполнение правил безопасного поведении в окружающей среде (в том числе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информационной);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19" w:after="0" w:line="292" w:lineRule="auto"/>
        <w:ind w:right="586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приобретение опыта эмоционального отношения к среде обитания, бережное отношение к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физическому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 психическому здоровью.</w:t>
      </w:r>
    </w:p>
    <w:p w:rsidR="00813C9E" w:rsidRDefault="00813C9E" w:rsidP="00813C9E">
      <w:pPr>
        <w:pStyle w:val="1"/>
        <w:ind w:left="286"/>
        <w:jc w:val="both"/>
      </w:pPr>
      <w:proofErr w:type="spellStart"/>
      <w:r>
        <w:t>Трудового</w:t>
      </w:r>
      <w:proofErr w:type="spellEnd"/>
      <w:r>
        <w:rPr>
          <w:spacing w:val="-6"/>
        </w:rPr>
        <w:t xml:space="preserve"> </w:t>
      </w:r>
      <w:proofErr w:type="spellStart"/>
      <w:r>
        <w:t>воспитания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717" w:firstLine="0"/>
        <w:contextualSpacing w:val="0"/>
        <w:jc w:val="both"/>
        <w:rPr>
          <w:sz w:val="24"/>
          <w:lang w:val="ru-RU"/>
        </w:rPr>
      </w:pPr>
      <w:r w:rsidRPr="00813C9E">
        <w:rPr>
          <w:sz w:val="24"/>
          <w:lang w:val="ru-RU"/>
        </w:rPr>
        <w:t>осознание ценности трудовой деятельности в жизни человека и общества, ответственное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потребление и бережное отношение к результатам труда, навыки участия в различных видах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трудовой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деятельности, интерес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различным профессиям.</w:t>
      </w:r>
    </w:p>
    <w:p w:rsidR="00813C9E" w:rsidRDefault="00813C9E" w:rsidP="00813C9E">
      <w:pPr>
        <w:pStyle w:val="1"/>
        <w:spacing w:before="106"/>
        <w:ind w:left="286"/>
        <w:jc w:val="both"/>
      </w:pPr>
      <w:proofErr w:type="spellStart"/>
      <w:r>
        <w:t>Экологического</w:t>
      </w:r>
      <w:proofErr w:type="spellEnd"/>
      <w:r>
        <w:rPr>
          <w:spacing w:val="-8"/>
        </w:rPr>
        <w:t xml:space="preserve"> </w:t>
      </w:r>
      <w:proofErr w:type="spellStart"/>
      <w:r>
        <w:t>воспитания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92" w:lineRule="auto"/>
        <w:ind w:right="636" w:firstLine="0"/>
        <w:contextualSpacing w:val="0"/>
        <w:jc w:val="both"/>
        <w:rPr>
          <w:sz w:val="24"/>
          <w:lang w:val="ru-RU"/>
        </w:rPr>
      </w:pPr>
      <w:r w:rsidRPr="00813C9E">
        <w:rPr>
          <w:sz w:val="24"/>
          <w:lang w:val="ru-RU"/>
        </w:rPr>
        <w:t>осознание роли человека в природе и обществе, принятие экологических норм поведения,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бережного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отношения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природе,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неприятие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действий, приносящих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ей вред.</w:t>
      </w:r>
    </w:p>
    <w:p w:rsidR="00813C9E" w:rsidRDefault="00813C9E" w:rsidP="00813C9E">
      <w:pPr>
        <w:pStyle w:val="1"/>
        <w:spacing w:before="107"/>
        <w:ind w:left="286"/>
        <w:jc w:val="both"/>
      </w:pPr>
      <w:proofErr w:type="spellStart"/>
      <w:r>
        <w:lastRenderedPageBreak/>
        <w:t>Ценности</w:t>
      </w:r>
      <w:proofErr w:type="spellEnd"/>
      <w:r>
        <w:rPr>
          <w:spacing w:val="-6"/>
        </w:rPr>
        <w:t xml:space="preserve"> </w:t>
      </w:r>
      <w:proofErr w:type="spellStart"/>
      <w:r>
        <w:t>научного</w:t>
      </w:r>
      <w:proofErr w:type="spellEnd"/>
      <w:r>
        <w:rPr>
          <w:spacing w:val="-5"/>
        </w:rPr>
        <w:t xml:space="preserve"> </w:t>
      </w:r>
      <w:proofErr w:type="spellStart"/>
      <w:r>
        <w:t>познания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68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ориентация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деятельности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первоначальные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представления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научной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картине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мира;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3"/>
        </w:numPr>
        <w:tabs>
          <w:tab w:val="left" w:pos="887"/>
        </w:tabs>
        <w:autoSpaceDE w:val="0"/>
        <w:autoSpaceDN w:val="0"/>
        <w:spacing w:before="180" w:after="0" w:line="292" w:lineRule="auto"/>
        <w:ind w:right="77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осознание ценности познания, проявление познавательного интереса, активности,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инициативности, любознательности и самостоятельности в обогащении своих знаний, в том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числе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 использованием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различных информационных средств.</w:t>
      </w:r>
    </w:p>
    <w:p w:rsidR="00813C9E" w:rsidRPr="00813C9E" w:rsidRDefault="00813C9E" w:rsidP="00813C9E">
      <w:pPr>
        <w:pStyle w:val="1"/>
        <w:spacing w:before="215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C14448D" wp14:editId="2096A34D">
                <wp:simplePos x="0" y="0"/>
                <wp:positionH relativeFrom="page">
                  <wp:posOffset>422910</wp:posOffset>
                </wp:positionH>
                <wp:positionV relativeFrom="paragraph">
                  <wp:posOffset>385445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906C8" id="Rectangle 7" o:spid="_x0000_s1026" style="position:absolute;margin-left:33.3pt;margin-top:30.35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+WM6E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813C9E">
        <w:rPr>
          <w:lang w:val="ru-RU"/>
        </w:rPr>
        <w:t>МЕТАПРЕДМЕТНЫЕ</w:t>
      </w:r>
      <w:r w:rsidRPr="00813C9E">
        <w:rPr>
          <w:spacing w:val="-11"/>
          <w:lang w:val="ru-RU"/>
        </w:rPr>
        <w:t xml:space="preserve"> </w:t>
      </w:r>
      <w:r w:rsidRPr="00813C9E">
        <w:rPr>
          <w:lang w:val="ru-RU"/>
        </w:rPr>
        <w:t>РЕЗУЛЬТАТЫ</w:t>
      </w:r>
    </w:p>
    <w:p w:rsidR="00813C9E" w:rsidRPr="00813C9E" w:rsidRDefault="00813C9E" w:rsidP="00813C9E">
      <w:pPr>
        <w:spacing w:before="179"/>
        <w:ind w:left="286"/>
        <w:rPr>
          <w:b/>
          <w:sz w:val="24"/>
          <w:lang w:val="ru-RU"/>
        </w:rPr>
      </w:pPr>
      <w:proofErr w:type="spellStart"/>
      <w:r w:rsidRPr="00813C9E">
        <w:rPr>
          <w:b/>
          <w:sz w:val="24"/>
          <w:lang w:val="ru-RU"/>
        </w:rPr>
        <w:t>Познавательныеуниверсальные</w:t>
      </w:r>
      <w:proofErr w:type="spellEnd"/>
      <w:r w:rsidRPr="00813C9E">
        <w:rPr>
          <w:b/>
          <w:spacing w:val="-12"/>
          <w:sz w:val="24"/>
          <w:lang w:val="ru-RU"/>
        </w:rPr>
        <w:t xml:space="preserve"> </w:t>
      </w:r>
      <w:r w:rsidRPr="00813C9E">
        <w:rPr>
          <w:b/>
          <w:sz w:val="24"/>
          <w:lang w:val="ru-RU"/>
        </w:rPr>
        <w:t>учебные</w:t>
      </w:r>
      <w:r w:rsidRPr="00813C9E">
        <w:rPr>
          <w:b/>
          <w:spacing w:val="-11"/>
          <w:sz w:val="24"/>
          <w:lang w:val="ru-RU"/>
        </w:rPr>
        <w:t xml:space="preserve"> </w:t>
      </w:r>
      <w:r w:rsidRPr="00813C9E">
        <w:rPr>
          <w:b/>
          <w:sz w:val="24"/>
          <w:lang w:val="ru-RU"/>
        </w:rPr>
        <w:t>действия:</w:t>
      </w:r>
    </w:p>
    <w:p w:rsidR="00813C9E" w:rsidRDefault="00813C9E" w:rsidP="00813C9E">
      <w:pPr>
        <w:pStyle w:val="ae"/>
        <w:widowControl w:val="0"/>
        <w:numPr>
          <w:ilvl w:val="0"/>
          <w:numId w:val="12"/>
        </w:numPr>
        <w:tabs>
          <w:tab w:val="left" w:pos="611"/>
        </w:tabs>
        <w:autoSpaceDE w:val="0"/>
        <w:autoSpaceDN w:val="0"/>
        <w:spacing w:before="60" w:after="0" w:line="240" w:lineRule="auto"/>
        <w:contextualSpacing w:val="0"/>
        <w:rPr>
          <w:i/>
          <w:sz w:val="24"/>
        </w:rPr>
      </w:pPr>
      <w:proofErr w:type="spellStart"/>
      <w:r>
        <w:rPr>
          <w:i/>
          <w:sz w:val="24"/>
        </w:rPr>
        <w:t>Базовые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логические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действия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68" w:after="0" w:line="292" w:lineRule="auto"/>
        <w:ind w:right="84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понимать целостность окружающего мира (взаимосвязь природной и социальной среды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обитания),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проявлять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способность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ориентироваться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изменяющейся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действительности;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322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на основе наблюдений доступных объектов окружающего мира устанавливать связи и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зависимости между объектами (часть — целое; причина — следствие; изменения во времени и в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пространстве);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8" w:after="0" w:line="292" w:lineRule="auto"/>
        <w:ind w:right="148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сравнивать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объекты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окружающего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мира,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устанавливать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основания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сравнения,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устанавливать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аналогии;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объединять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части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объекта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(объекты)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определённому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признаку;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80" w:after="0" w:line="292" w:lineRule="auto"/>
        <w:ind w:right="66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определять</w:t>
      </w:r>
      <w:r w:rsidRPr="00813C9E">
        <w:rPr>
          <w:spacing w:val="-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существенный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признак</w:t>
      </w:r>
      <w:r w:rsidRPr="00813C9E">
        <w:rPr>
          <w:spacing w:val="-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классификации,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классифицировать</w:t>
      </w:r>
      <w:r w:rsidRPr="00813C9E">
        <w:rPr>
          <w:spacing w:val="-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предложенные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объекты;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24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находить закономерности и противоречия в рассматриваемых фактах, данных и наблюдениях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основе предложенного алгоритма;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721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выявлять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недостаток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решения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учебной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(практической)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задачи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основе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предложенного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алгоритма.</w:t>
      </w:r>
    </w:p>
    <w:p w:rsidR="00813C9E" w:rsidRDefault="00813C9E" w:rsidP="00813C9E">
      <w:pPr>
        <w:pStyle w:val="ae"/>
        <w:widowControl w:val="0"/>
        <w:numPr>
          <w:ilvl w:val="0"/>
          <w:numId w:val="12"/>
        </w:numPr>
        <w:tabs>
          <w:tab w:val="left" w:pos="611"/>
        </w:tabs>
        <w:autoSpaceDE w:val="0"/>
        <w:autoSpaceDN w:val="0"/>
        <w:spacing w:before="107" w:after="0" w:line="240" w:lineRule="auto"/>
        <w:contextualSpacing w:val="0"/>
        <w:rPr>
          <w:i/>
          <w:sz w:val="24"/>
        </w:rPr>
      </w:pPr>
      <w:proofErr w:type="spellStart"/>
      <w:r>
        <w:rPr>
          <w:i/>
          <w:sz w:val="24"/>
        </w:rPr>
        <w:t>Базовые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исследовательские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действия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68" w:after="0" w:line="292" w:lineRule="auto"/>
        <w:ind w:right="738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проводить (по предложенному и самостоятельно составленному плану или выдвинутому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предположению) наблюдения, несложные опыты; проявлять интерес к экспериментам,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проводимым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под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руководством учителя;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8" w:after="0" w:line="292" w:lineRule="auto"/>
        <w:ind w:right="86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определять разницу между реальным и желательным состоянием объекта (ситуации) на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предложенных вопросов;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580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формулировать с помощью учителя цель предстоящей работы, прогнозировать возможное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развитие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процессов,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событий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последствия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аналогичных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или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сходных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ситуациях;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22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моделировать ситуации на основе изученного материала о связях в природе (живая и неживая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природа,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цепи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питания;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природные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зоны),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а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также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социуме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(лента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времени;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поведение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его</w:t>
      </w:r>
    </w:p>
    <w:p w:rsidR="00813C9E" w:rsidRPr="00813C9E" w:rsidRDefault="00813C9E" w:rsidP="00813C9E">
      <w:pPr>
        <w:spacing w:line="292" w:lineRule="auto"/>
        <w:rPr>
          <w:sz w:val="24"/>
          <w:lang w:val="ru-RU"/>
        </w:rPr>
        <w:sectPr w:rsidR="00813C9E" w:rsidRPr="00813C9E">
          <w:pgSz w:w="11900" w:h="16840"/>
          <w:pgMar w:top="520" w:right="560" w:bottom="280" w:left="560" w:header="720" w:footer="720" w:gutter="0"/>
          <w:cols w:space="720"/>
        </w:sectPr>
      </w:pPr>
    </w:p>
    <w:p w:rsidR="00813C9E" w:rsidRPr="00813C9E" w:rsidRDefault="00813C9E" w:rsidP="00813C9E">
      <w:pPr>
        <w:pStyle w:val="af"/>
        <w:spacing w:before="62"/>
        <w:rPr>
          <w:lang w:val="ru-RU"/>
        </w:rPr>
      </w:pPr>
      <w:r w:rsidRPr="00813C9E">
        <w:rPr>
          <w:lang w:val="ru-RU"/>
        </w:rPr>
        <w:lastRenderedPageBreak/>
        <w:t>последствия;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коллективный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труд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его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результаты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и</w:t>
      </w:r>
      <w:r w:rsidRPr="00813C9E">
        <w:rPr>
          <w:spacing w:val="-3"/>
          <w:lang w:val="ru-RU"/>
        </w:rPr>
        <w:t xml:space="preserve"> </w:t>
      </w:r>
      <w:proofErr w:type="gramStart"/>
      <w:r w:rsidRPr="00813C9E">
        <w:rPr>
          <w:lang w:val="ru-RU"/>
        </w:rPr>
        <w:t>др.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)</w:t>
      </w:r>
      <w:proofErr w:type="gramEnd"/>
      <w:r w:rsidRPr="00813C9E">
        <w:rPr>
          <w:lang w:val="ru-RU"/>
        </w:rPr>
        <w:t>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80" w:after="0" w:line="292" w:lineRule="auto"/>
        <w:ind w:right="107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проводить по предложенному плану опыт, несложное исследование по установлению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особенностей объекта изучения и связей между объектами (часть — целое, причина —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следствие);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8" w:after="0" w:line="292" w:lineRule="auto"/>
        <w:ind w:right="139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формулировать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выводы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подкреплять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их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доказательствами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основе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результатов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проведённого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наблюдения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(опыта, измерения,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исследования).</w:t>
      </w:r>
    </w:p>
    <w:p w:rsidR="00813C9E" w:rsidRDefault="00813C9E" w:rsidP="00813C9E">
      <w:pPr>
        <w:pStyle w:val="ae"/>
        <w:widowControl w:val="0"/>
        <w:numPr>
          <w:ilvl w:val="0"/>
          <w:numId w:val="12"/>
        </w:numPr>
        <w:tabs>
          <w:tab w:val="left" w:pos="611"/>
        </w:tabs>
        <w:autoSpaceDE w:val="0"/>
        <w:autoSpaceDN w:val="0"/>
        <w:spacing w:before="107" w:after="0" w:line="240" w:lineRule="auto"/>
        <w:contextualSpacing w:val="0"/>
        <w:rPr>
          <w:i/>
          <w:sz w:val="24"/>
        </w:rPr>
      </w:pPr>
      <w:proofErr w:type="spellStart"/>
      <w:r>
        <w:rPr>
          <w:i/>
          <w:sz w:val="24"/>
        </w:rPr>
        <w:t>Работа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информацией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68" w:after="0" w:line="292" w:lineRule="auto"/>
        <w:ind w:right="46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использовать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различные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источники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поиска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информации,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выбирать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источник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получения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 учётом учебной задачи;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137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согласно заданному алгоритму находить в предложенном источнике информацию,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представленную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явном виде;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751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распознавать достоверную и недостоверную информацию самостоятельно или на основе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предложенного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учителем способа её проверки;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1765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находить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использовать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решения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учебных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задач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текстовую,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графическую,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аудиовизуальную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информацию;</w:t>
      </w:r>
    </w:p>
    <w:p w:rsid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8" w:after="0" w:line="292" w:lineRule="auto"/>
        <w:ind w:right="957" w:firstLine="0"/>
        <w:contextualSpacing w:val="0"/>
        <w:rPr>
          <w:sz w:val="24"/>
        </w:rPr>
      </w:pPr>
      <w:r w:rsidRPr="00813C9E">
        <w:rPr>
          <w:sz w:val="24"/>
          <w:lang w:val="ru-RU"/>
        </w:rPr>
        <w:t xml:space="preserve">читать и интерпретировать графически представленную информацию </w:t>
      </w:r>
      <w:r>
        <w:rPr>
          <w:sz w:val="24"/>
        </w:rPr>
        <w:t>(</w:t>
      </w:r>
      <w:proofErr w:type="spellStart"/>
      <w:r>
        <w:rPr>
          <w:sz w:val="24"/>
        </w:rPr>
        <w:t>схему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таблицу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иллюстрацию</w:t>
      </w:r>
      <w:proofErr w:type="spellEnd"/>
      <w:r>
        <w:rPr>
          <w:sz w:val="24"/>
        </w:rPr>
        <w:t>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56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соблюдать правила информационной безопасности в условиях контролируемого доступа в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Интернет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(с помощью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учителя);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117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анализировать и создавать текстовую, видео, графическую, звуковую информацию в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соответствии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 учебной задачей;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321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фиксировать полученные результаты в текстовой форме (отчёт, выступление, высказывание)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графическом виде (рисунок, схема,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диаграмма).</w:t>
      </w:r>
    </w:p>
    <w:p w:rsidR="00813C9E" w:rsidRDefault="00813C9E" w:rsidP="00813C9E">
      <w:pPr>
        <w:pStyle w:val="1"/>
        <w:spacing w:before="107"/>
        <w:ind w:left="286"/>
      </w:pPr>
      <w:proofErr w:type="spellStart"/>
      <w:r>
        <w:t>Коммуникативные</w:t>
      </w:r>
      <w:proofErr w:type="spellEnd"/>
      <w:r>
        <w:rPr>
          <w:spacing w:val="-8"/>
        </w:rPr>
        <w:t xml:space="preserve"> </w:t>
      </w:r>
      <w:proofErr w:type="spellStart"/>
      <w:r>
        <w:t>универсальные</w:t>
      </w:r>
      <w:proofErr w:type="spellEnd"/>
      <w:r>
        <w:rPr>
          <w:spacing w:val="-8"/>
        </w:rPr>
        <w:t xml:space="preserve"> </w:t>
      </w:r>
      <w:proofErr w:type="spellStart"/>
      <w:r>
        <w:t>учебные</w:t>
      </w:r>
      <w:proofErr w:type="spellEnd"/>
      <w:r>
        <w:rPr>
          <w:spacing w:val="-7"/>
        </w:rPr>
        <w:t xml:space="preserve"> </w:t>
      </w:r>
      <w:proofErr w:type="spellStart"/>
      <w:r>
        <w:t>действия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68" w:after="0" w:line="292" w:lineRule="auto"/>
        <w:ind w:right="936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в процессе диалогов задавать вопросы, высказывать суждения, оценивать выступления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участников;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248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признавать возможность существования разных точек зрения; корректно и аргументированно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высказывать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своё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мнение;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приводить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доказательства своей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правоты;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851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соблюдать правила ведения диалога и дискуссии; проявлять уважительное отношение к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собеседнику;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8" w:after="0" w:line="292" w:lineRule="auto"/>
        <w:ind w:right="741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использовать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смысловое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чтение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определения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темы,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главной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мысли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текста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природе,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социальной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жизни, взаимоотношениях 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поступках людей;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создавать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устные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письменные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тексты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(описание,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рассуждение,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повествование);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80" w:after="0" w:line="292" w:lineRule="auto"/>
        <w:ind w:right="868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конструировать обобщения и выводы на основе полученных результатов наблюдений и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опытной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работы, подкреплять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доказательствами;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94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находить ошибки и восстанавливать деформированный текст об изученных объектах и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явлениях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природы, событиях социальной жизни;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2"/>
        </w:numPr>
        <w:tabs>
          <w:tab w:val="left" w:pos="887"/>
        </w:tabs>
        <w:autoSpaceDE w:val="0"/>
        <w:autoSpaceDN w:val="0"/>
        <w:spacing w:before="119" w:after="0" w:line="292" w:lineRule="auto"/>
        <w:ind w:right="69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готовить небольшие публичные выступления с возможной презентацией (текст, рисунки,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фото,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 xml:space="preserve">плакаты и </w:t>
      </w:r>
      <w:proofErr w:type="gramStart"/>
      <w:r w:rsidRPr="00813C9E">
        <w:rPr>
          <w:sz w:val="24"/>
          <w:lang w:val="ru-RU"/>
        </w:rPr>
        <w:t>др. )</w:t>
      </w:r>
      <w:proofErr w:type="gramEnd"/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тексту выступления.</w:t>
      </w:r>
    </w:p>
    <w:p w:rsidR="00813C9E" w:rsidRPr="00813C9E" w:rsidRDefault="00813C9E" w:rsidP="00813C9E">
      <w:pPr>
        <w:spacing w:line="292" w:lineRule="auto"/>
        <w:rPr>
          <w:sz w:val="24"/>
          <w:lang w:val="ru-RU"/>
        </w:rPr>
        <w:sectPr w:rsidR="00813C9E" w:rsidRPr="00813C9E">
          <w:pgSz w:w="11900" w:h="16840"/>
          <w:pgMar w:top="500" w:right="560" w:bottom="280" w:left="560" w:header="720" w:footer="720" w:gutter="0"/>
          <w:cols w:space="720"/>
        </w:sectPr>
      </w:pPr>
    </w:p>
    <w:p w:rsidR="00813C9E" w:rsidRDefault="00813C9E" w:rsidP="00813C9E">
      <w:pPr>
        <w:pStyle w:val="1"/>
        <w:ind w:left="286"/>
      </w:pPr>
      <w:proofErr w:type="spellStart"/>
      <w:r>
        <w:lastRenderedPageBreak/>
        <w:t>Регулятивные</w:t>
      </w:r>
      <w:proofErr w:type="spellEnd"/>
      <w:r>
        <w:rPr>
          <w:spacing w:val="-8"/>
        </w:rPr>
        <w:t xml:space="preserve"> </w:t>
      </w:r>
      <w:proofErr w:type="spellStart"/>
      <w:r>
        <w:t>универсальные</w:t>
      </w:r>
      <w:proofErr w:type="spellEnd"/>
      <w:r>
        <w:rPr>
          <w:spacing w:val="-7"/>
        </w:rPr>
        <w:t xml:space="preserve"> </w:t>
      </w:r>
      <w:proofErr w:type="spellStart"/>
      <w:r>
        <w:t>учебные</w:t>
      </w:r>
      <w:proofErr w:type="spellEnd"/>
      <w:r>
        <w:rPr>
          <w:spacing w:val="-8"/>
        </w:rPr>
        <w:t xml:space="preserve"> </w:t>
      </w:r>
      <w:proofErr w:type="spellStart"/>
      <w:r>
        <w:t>действия</w:t>
      </w:r>
      <w:proofErr w:type="spellEnd"/>
      <w:r>
        <w:t>:</w:t>
      </w:r>
    </w:p>
    <w:p w:rsidR="00813C9E" w:rsidRDefault="00813C9E" w:rsidP="00813C9E">
      <w:pPr>
        <w:pStyle w:val="ae"/>
        <w:widowControl w:val="0"/>
        <w:numPr>
          <w:ilvl w:val="0"/>
          <w:numId w:val="11"/>
        </w:numPr>
        <w:tabs>
          <w:tab w:val="left" w:pos="611"/>
        </w:tabs>
        <w:autoSpaceDE w:val="0"/>
        <w:autoSpaceDN w:val="0"/>
        <w:spacing w:before="60" w:after="0" w:line="240" w:lineRule="auto"/>
        <w:contextualSpacing w:val="0"/>
        <w:rPr>
          <w:i/>
          <w:sz w:val="24"/>
        </w:rPr>
      </w:pPr>
      <w:proofErr w:type="spellStart"/>
      <w:r>
        <w:rPr>
          <w:i/>
          <w:sz w:val="24"/>
        </w:rPr>
        <w:t>Самоорганизация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68" w:after="0" w:line="292" w:lineRule="auto"/>
        <w:ind w:right="900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планировать самостоятельно или с небольшой помощью учителя действия по решению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учебной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задачи;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выстраивать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последовательность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выбранных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действий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операций.</w:t>
      </w:r>
    </w:p>
    <w:p w:rsidR="00813C9E" w:rsidRDefault="00813C9E" w:rsidP="00813C9E">
      <w:pPr>
        <w:pStyle w:val="ae"/>
        <w:widowControl w:val="0"/>
        <w:numPr>
          <w:ilvl w:val="0"/>
          <w:numId w:val="11"/>
        </w:numPr>
        <w:tabs>
          <w:tab w:val="left" w:pos="611"/>
        </w:tabs>
        <w:autoSpaceDE w:val="0"/>
        <w:autoSpaceDN w:val="0"/>
        <w:spacing w:before="168" w:after="0" w:line="240" w:lineRule="auto"/>
        <w:contextualSpacing w:val="0"/>
        <w:rPr>
          <w:i/>
          <w:sz w:val="24"/>
        </w:rPr>
      </w:pPr>
      <w:proofErr w:type="spellStart"/>
      <w:r>
        <w:rPr>
          <w:i/>
          <w:sz w:val="24"/>
        </w:rPr>
        <w:t>Самоконтроль</w:t>
      </w:r>
      <w:proofErr w:type="spellEnd"/>
      <w:r>
        <w:rPr>
          <w:i/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68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осуществлять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контроль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процесса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результата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своей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деятельности;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0" w:after="0" w:line="292" w:lineRule="auto"/>
        <w:ind w:right="29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находить ошибки в своей работе и устанавливать их причины; корректировать свои действия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необходимости (с небольшой помощью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учителя);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92" w:lineRule="auto"/>
        <w:ind w:right="372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предвидеть возможность возникновения трудностей и ошибок, предусматривать способы их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предупреждения,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том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числе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житейских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ситуациях,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опасных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здоровья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жизни.</w:t>
      </w:r>
    </w:p>
    <w:p w:rsidR="00813C9E" w:rsidRDefault="00813C9E" w:rsidP="00813C9E">
      <w:pPr>
        <w:pStyle w:val="ae"/>
        <w:widowControl w:val="0"/>
        <w:numPr>
          <w:ilvl w:val="0"/>
          <w:numId w:val="11"/>
        </w:numPr>
        <w:tabs>
          <w:tab w:val="left" w:pos="611"/>
        </w:tabs>
        <w:autoSpaceDE w:val="0"/>
        <w:autoSpaceDN w:val="0"/>
        <w:spacing w:before="107" w:after="0" w:line="240" w:lineRule="auto"/>
        <w:contextualSpacing w:val="0"/>
        <w:rPr>
          <w:sz w:val="24"/>
        </w:rPr>
      </w:pPr>
      <w:proofErr w:type="spellStart"/>
      <w:r>
        <w:rPr>
          <w:i/>
          <w:sz w:val="24"/>
        </w:rPr>
        <w:t>Самооценка</w:t>
      </w:r>
      <w:proofErr w:type="spellEnd"/>
      <w:r>
        <w:rPr>
          <w:sz w:val="24"/>
        </w:rP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68" w:after="0" w:line="292" w:lineRule="auto"/>
        <w:ind w:right="62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объективно оценивать результаты своей деятельности, соотносить свою оценку с оценкой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учителя;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92" w:lineRule="auto"/>
        <w:ind w:right="162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оценивать целесообразность выбранных способов действия, при необходимости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корректировать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их.</w:t>
      </w:r>
    </w:p>
    <w:p w:rsidR="00813C9E" w:rsidRDefault="00813C9E" w:rsidP="00813C9E">
      <w:pPr>
        <w:pStyle w:val="1"/>
        <w:spacing w:before="107"/>
        <w:ind w:left="286"/>
      </w:pPr>
      <w:proofErr w:type="spellStart"/>
      <w:r>
        <w:t>Совместная</w:t>
      </w:r>
      <w:proofErr w:type="spellEnd"/>
      <w:r>
        <w:rPr>
          <w:spacing w:val="-9"/>
        </w:rPr>
        <w:t xml:space="preserve"> </w:t>
      </w:r>
      <w:proofErr w:type="spellStart"/>
      <w:r>
        <w:t>деятельность</w:t>
      </w:r>
      <w:proofErr w:type="spellEnd"/>
      <w:r>
        <w:t>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68" w:after="0" w:line="292" w:lineRule="auto"/>
        <w:ind w:right="39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понимать значение коллективной деятельности для успешного решения учебной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(практической) задачи; активно участвовать в формулировании краткосрочных и долгосрочных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целей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совместной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деятельности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(на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изученного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материала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окружающему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миру);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8" w:after="0" w:line="292" w:lineRule="auto"/>
        <w:ind w:right="174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коллективно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строить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действия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достижению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общей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цели: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распределять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роли,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договариваться,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обсуждать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процесс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результат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совместной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работы;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проявлять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готовность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руководить,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выполнять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поручения,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подчиняться;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0" w:after="0" w:line="292" w:lineRule="auto"/>
        <w:ind w:right="358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выполнять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правила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совместной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деятельности: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справедливо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распределять</w:t>
      </w:r>
      <w:r w:rsidRPr="00813C9E">
        <w:rPr>
          <w:spacing w:val="-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оценивать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работу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каждого участника; считаться с наличием разных мнений; не допускать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конфликтов, при их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возникновении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мирно разрешать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без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участия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взрослого;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8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ответственно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выполнять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свою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часть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работы.</w:t>
      </w:r>
    </w:p>
    <w:p w:rsidR="00813C9E" w:rsidRPr="00813C9E" w:rsidRDefault="00813C9E" w:rsidP="00813C9E">
      <w:pPr>
        <w:pStyle w:val="af"/>
        <w:rPr>
          <w:lang w:val="ru-RU"/>
        </w:rPr>
      </w:pPr>
    </w:p>
    <w:p w:rsidR="00813C9E" w:rsidRPr="00813C9E" w:rsidRDefault="00813C9E" w:rsidP="00813C9E">
      <w:pPr>
        <w:pStyle w:val="1"/>
        <w:spacing w:before="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037ECA" wp14:editId="7723DF99">
                <wp:simplePos x="0" y="0"/>
                <wp:positionH relativeFrom="page">
                  <wp:posOffset>422910</wp:posOffset>
                </wp:positionH>
                <wp:positionV relativeFrom="paragraph">
                  <wp:posOffset>249555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C22D2" id="Rectangle 6" o:spid="_x0000_s1026" style="position:absolute;margin-left:33.3pt;margin-top:19.65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Ijs2i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813C9E">
        <w:rPr>
          <w:lang w:val="ru-RU"/>
        </w:rPr>
        <w:t>ПРЕДМЕТНЫЕ</w:t>
      </w:r>
      <w:r w:rsidRPr="00813C9E">
        <w:rPr>
          <w:spacing w:val="-9"/>
          <w:lang w:val="ru-RU"/>
        </w:rPr>
        <w:t xml:space="preserve"> </w:t>
      </w:r>
      <w:r w:rsidRPr="00813C9E">
        <w:rPr>
          <w:lang w:val="ru-RU"/>
        </w:rPr>
        <w:t>РЕЗУЛЬТАТЫ</w:t>
      </w:r>
    </w:p>
    <w:p w:rsidR="00813C9E" w:rsidRPr="00813C9E" w:rsidRDefault="00813C9E" w:rsidP="00813C9E">
      <w:pPr>
        <w:pStyle w:val="af"/>
        <w:spacing w:before="179"/>
        <w:ind w:left="286"/>
        <w:rPr>
          <w:lang w:val="ru-RU"/>
        </w:rPr>
      </w:pPr>
      <w:r w:rsidRPr="00813C9E">
        <w:rPr>
          <w:lang w:val="ru-RU"/>
        </w:rPr>
        <w:t>К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концу</w:t>
      </w:r>
      <w:r w:rsidRPr="00813C9E">
        <w:rPr>
          <w:spacing w:val="-2"/>
          <w:lang w:val="ru-RU"/>
        </w:rPr>
        <w:t xml:space="preserve"> </w:t>
      </w:r>
      <w:r w:rsidRPr="00813C9E">
        <w:rPr>
          <w:lang w:val="ru-RU"/>
        </w:rPr>
        <w:t>обучения</w:t>
      </w:r>
      <w:r w:rsidRPr="00813C9E">
        <w:rPr>
          <w:spacing w:val="-4"/>
          <w:lang w:val="ru-RU"/>
        </w:rPr>
        <w:t xml:space="preserve"> </w:t>
      </w:r>
      <w:r w:rsidRPr="00813C9E">
        <w:rPr>
          <w:lang w:val="ru-RU"/>
        </w:rPr>
        <w:t>во</w:t>
      </w:r>
      <w:r w:rsidRPr="00813C9E">
        <w:rPr>
          <w:spacing w:val="-9"/>
          <w:lang w:val="ru-RU"/>
        </w:rPr>
        <w:t xml:space="preserve"> </w:t>
      </w:r>
      <w:r w:rsidRPr="00813C9E">
        <w:rPr>
          <w:b/>
          <w:lang w:val="ru-RU"/>
        </w:rPr>
        <w:t>2</w:t>
      </w:r>
      <w:r w:rsidRPr="00813C9E">
        <w:rPr>
          <w:b/>
          <w:spacing w:val="-2"/>
          <w:lang w:val="ru-RU"/>
        </w:rPr>
        <w:t xml:space="preserve"> </w:t>
      </w:r>
      <w:r w:rsidRPr="00813C9E">
        <w:rPr>
          <w:b/>
          <w:lang w:val="ru-RU"/>
        </w:rPr>
        <w:t>классе</w:t>
      </w:r>
      <w:r w:rsidRPr="00813C9E">
        <w:rPr>
          <w:b/>
          <w:spacing w:val="-8"/>
          <w:lang w:val="ru-RU"/>
        </w:rPr>
        <w:t xml:space="preserve"> </w:t>
      </w:r>
      <w:r w:rsidRPr="00813C9E">
        <w:rPr>
          <w:lang w:val="ru-RU"/>
        </w:rPr>
        <w:t>обучающийся</w:t>
      </w:r>
      <w:r w:rsidRPr="00813C9E">
        <w:rPr>
          <w:spacing w:val="-3"/>
          <w:lang w:val="ru-RU"/>
        </w:rPr>
        <w:t xml:space="preserve"> </w:t>
      </w:r>
      <w:r w:rsidRPr="00813C9E">
        <w:rPr>
          <w:lang w:val="ru-RU"/>
        </w:rPr>
        <w:t>научится: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68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находить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Россию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карте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мира,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карте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России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-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Москву,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свой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регион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его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главный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город;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0" w:after="0" w:line="292" w:lineRule="auto"/>
        <w:ind w:right="742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узнавать государственную символику Российской Федерации (гимн, герб, флаг) и своего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региона;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92" w:lineRule="auto"/>
        <w:ind w:right="379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проявлять уважение к семейным ценностям и традициям, традициям своего народа и других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народов, государственным символам России; соблюдать правила нравственного поведения в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социуме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 на природе;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8" w:after="0" w:line="292" w:lineRule="auto"/>
        <w:ind w:right="1420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lastRenderedPageBreak/>
        <w:t>распознавать изученные объекты окружающего мира по их описанию, рисункам и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фотографиям,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различать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их в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окружающем мире;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приводить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примеры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изученных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традиций,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обычаев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праздников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народов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родного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края;</w:t>
      </w:r>
    </w:p>
    <w:p w:rsidR="00813C9E" w:rsidRPr="00813C9E" w:rsidRDefault="00813C9E" w:rsidP="00813C9E">
      <w:pPr>
        <w:pStyle w:val="af"/>
        <w:spacing w:before="62" w:line="292" w:lineRule="auto"/>
        <w:ind w:right="745"/>
        <w:rPr>
          <w:lang w:val="ru-RU"/>
        </w:rPr>
      </w:pPr>
      <w:r w:rsidRPr="00813C9E">
        <w:rPr>
          <w:lang w:val="ru-RU"/>
        </w:rPr>
        <w:t>важных событий прошлого и настоящего родного края; трудовой деятельности и профессий</w:t>
      </w:r>
      <w:r w:rsidRPr="00813C9E">
        <w:rPr>
          <w:spacing w:val="-58"/>
          <w:lang w:val="ru-RU"/>
        </w:rPr>
        <w:t xml:space="preserve"> </w:t>
      </w:r>
      <w:r w:rsidRPr="00813C9E">
        <w:rPr>
          <w:lang w:val="ru-RU"/>
        </w:rPr>
        <w:t>жителей</w:t>
      </w:r>
      <w:r w:rsidRPr="00813C9E">
        <w:rPr>
          <w:spacing w:val="-1"/>
          <w:lang w:val="ru-RU"/>
        </w:rPr>
        <w:t xml:space="preserve"> </w:t>
      </w:r>
      <w:r w:rsidRPr="00813C9E">
        <w:rPr>
          <w:lang w:val="ru-RU"/>
        </w:rPr>
        <w:t>родного края;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92" w:lineRule="auto"/>
        <w:ind w:right="122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проводить, соблюдая правила безопасного труда, несложные наблюдения и опыты с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природными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объектами, измерения;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8" w:after="0" w:line="292" w:lineRule="auto"/>
        <w:ind w:right="1094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 xml:space="preserve">приводить примеры изученных взаимосвязей в природе, </w:t>
      </w:r>
      <w:proofErr w:type="gramStart"/>
      <w:r w:rsidRPr="00813C9E">
        <w:rPr>
          <w:sz w:val="24"/>
          <w:lang w:val="ru-RU"/>
        </w:rPr>
        <w:t>при меры</w:t>
      </w:r>
      <w:proofErr w:type="gramEnd"/>
      <w:r w:rsidRPr="00813C9E">
        <w:rPr>
          <w:sz w:val="24"/>
          <w:lang w:val="ru-RU"/>
        </w:rPr>
        <w:t>, иллюстрирующие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значение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природы в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жизни человека;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92" w:lineRule="auto"/>
        <w:ind w:right="217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описывать на основе предложенного плана или опорных слов изученные культурные объекты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(достопримечательности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родного края,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музейные экспонаты);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92" w:lineRule="auto"/>
        <w:ind w:right="288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описывать на основе предложенного плана или опорных слов изученные природные объекты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явления, в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том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числе звёзды, созвездия,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планеты;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группировать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изученные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объекты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живой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неживой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природы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предложенным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признакам;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сравнивать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объекты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живой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неживой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природы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основе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внешних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признаков;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ориентироваться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местности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местным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природным</w:t>
      </w:r>
      <w:r w:rsidRPr="00813C9E">
        <w:rPr>
          <w:spacing w:val="-2"/>
          <w:sz w:val="24"/>
          <w:lang w:val="ru-RU"/>
        </w:rPr>
        <w:t xml:space="preserve"> </w:t>
      </w:r>
      <w:proofErr w:type="gramStart"/>
      <w:r w:rsidRPr="00813C9E">
        <w:rPr>
          <w:sz w:val="24"/>
          <w:lang w:val="ru-RU"/>
        </w:rPr>
        <w:t>при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знакам</w:t>
      </w:r>
      <w:proofErr w:type="gramEnd"/>
      <w:r w:rsidRPr="00813C9E">
        <w:rPr>
          <w:sz w:val="24"/>
          <w:lang w:val="ru-RU"/>
        </w:rPr>
        <w:t>,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Солнцу,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компасу;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947"/>
        </w:tabs>
        <w:autoSpaceDE w:val="0"/>
        <w:autoSpaceDN w:val="0"/>
        <w:spacing w:before="180" w:after="0" w:line="240" w:lineRule="auto"/>
        <w:ind w:left="946" w:hanging="421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создавать</w:t>
      </w:r>
      <w:r w:rsidRPr="00813C9E">
        <w:rPr>
          <w:spacing w:val="5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</w:t>
      </w:r>
      <w:r w:rsidRPr="00813C9E">
        <w:rPr>
          <w:spacing w:val="5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заданному</w:t>
      </w:r>
      <w:r w:rsidRPr="00813C9E">
        <w:rPr>
          <w:spacing w:val="5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плану</w:t>
      </w:r>
      <w:r w:rsidRPr="00813C9E">
        <w:rPr>
          <w:spacing w:val="5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развёрнутые</w:t>
      </w:r>
      <w:r w:rsidRPr="00813C9E">
        <w:rPr>
          <w:spacing w:val="56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высказывания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природе</w:t>
      </w:r>
      <w:r w:rsidRPr="00813C9E">
        <w:rPr>
          <w:spacing w:val="-2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обществе;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0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использовать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для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ответов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вопросы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небольшие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тексты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природе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обществе;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1" w:after="0" w:line="292" w:lineRule="auto"/>
        <w:ind w:right="403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соблюдать правила нравственного поведения в социуме и в природе, оценивать примеры</w:t>
      </w:r>
      <w:r w:rsidRPr="00813C9E">
        <w:rPr>
          <w:spacing w:val="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положительного и негативного отношения к объектам природы, проявления внимания, помощи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людям,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нуждающимся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ней;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8" w:after="0" w:line="292" w:lineRule="auto"/>
        <w:ind w:right="1222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соблюдать правила безопасного поведения в школе, правила безопасного поведения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пассажира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наземного транспорта и метро;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40" w:lineRule="auto"/>
        <w:ind w:left="886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соблюдать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режим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дня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питания;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80" w:after="0" w:line="292" w:lineRule="auto"/>
        <w:ind w:right="786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безопасно использовать мессенджеры Интернета в условиях контролируемого доступа в</w:t>
      </w:r>
      <w:r w:rsidRPr="00813C9E">
        <w:rPr>
          <w:spacing w:val="-58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Интернет;</w:t>
      </w:r>
    </w:p>
    <w:p w:rsidR="00813C9E" w:rsidRPr="00813C9E" w:rsidRDefault="00813C9E" w:rsidP="00813C9E">
      <w:pPr>
        <w:pStyle w:val="ae"/>
        <w:widowControl w:val="0"/>
        <w:numPr>
          <w:ilvl w:val="1"/>
          <w:numId w:val="11"/>
        </w:numPr>
        <w:tabs>
          <w:tab w:val="left" w:pos="887"/>
        </w:tabs>
        <w:autoSpaceDE w:val="0"/>
        <w:autoSpaceDN w:val="0"/>
        <w:spacing w:before="119" w:after="0" w:line="292" w:lineRule="auto"/>
        <w:ind w:right="826" w:firstLine="0"/>
        <w:contextualSpacing w:val="0"/>
        <w:rPr>
          <w:sz w:val="24"/>
          <w:lang w:val="ru-RU"/>
        </w:rPr>
      </w:pPr>
      <w:r w:rsidRPr="00813C9E">
        <w:rPr>
          <w:sz w:val="24"/>
          <w:lang w:val="ru-RU"/>
        </w:rPr>
        <w:t>безопасно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осуществлять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коммуникацию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школьных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сообществах</w:t>
      </w:r>
      <w:r w:rsidRPr="00813C9E">
        <w:rPr>
          <w:spacing w:val="-3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помощью</w:t>
      </w:r>
      <w:r w:rsidRPr="00813C9E">
        <w:rPr>
          <w:spacing w:val="-4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учителя</w:t>
      </w:r>
      <w:r w:rsidRPr="00813C9E">
        <w:rPr>
          <w:spacing w:val="-5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в</w:t>
      </w:r>
      <w:r w:rsidRPr="00813C9E">
        <w:rPr>
          <w:spacing w:val="-57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случае</w:t>
      </w:r>
      <w:r w:rsidRPr="00813C9E">
        <w:rPr>
          <w:spacing w:val="-1"/>
          <w:sz w:val="24"/>
          <w:lang w:val="ru-RU"/>
        </w:rPr>
        <w:t xml:space="preserve"> </w:t>
      </w:r>
      <w:r w:rsidRPr="00813C9E">
        <w:rPr>
          <w:sz w:val="24"/>
          <w:lang w:val="ru-RU"/>
        </w:rPr>
        <w:t>необходимости.</w:t>
      </w:r>
    </w:p>
    <w:p w:rsidR="00813C9E" w:rsidRPr="00813C9E" w:rsidRDefault="00813C9E" w:rsidP="00813C9E">
      <w:pPr>
        <w:spacing w:line="292" w:lineRule="auto"/>
        <w:rPr>
          <w:sz w:val="24"/>
          <w:lang w:val="ru-RU"/>
        </w:rPr>
        <w:sectPr w:rsidR="00813C9E" w:rsidRPr="00813C9E">
          <w:pgSz w:w="11900" w:h="16840"/>
          <w:pgMar w:top="500" w:right="560" w:bottom="280" w:left="560" w:header="720" w:footer="720" w:gutter="0"/>
          <w:cols w:space="720"/>
        </w:sectPr>
      </w:pPr>
    </w:p>
    <w:p w:rsidR="00813C9E" w:rsidRDefault="00813C9E" w:rsidP="00813C9E">
      <w:pPr>
        <w:spacing w:before="80"/>
        <w:ind w:left="106"/>
        <w:rPr>
          <w:b/>
          <w:sz w:val="19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3645F714" wp14:editId="352495E7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BFD25" id="Rectangle 5" o:spid="_x0000_s1026" style="position:absolute;margin-left:33.3pt;margin-top:17.65pt;width:775.6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813C9E" w:rsidRDefault="00813C9E" w:rsidP="00813C9E">
      <w:pPr>
        <w:pStyle w:val="af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90"/>
        <w:gridCol w:w="528"/>
        <w:gridCol w:w="1104"/>
        <w:gridCol w:w="1140"/>
        <w:gridCol w:w="804"/>
        <w:gridCol w:w="3397"/>
        <w:gridCol w:w="1116"/>
        <w:gridCol w:w="2149"/>
      </w:tblGrid>
      <w:tr w:rsidR="00813C9E" w:rsidTr="00490334">
        <w:trPr>
          <w:trHeight w:val="333"/>
        </w:trPr>
        <w:tc>
          <w:tcPr>
            <w:tcW w:w="468" w:type="dxa"/>
            <w:vMerge w:val="restart"/>
          </w:tcPr>
          <w:p w:rsidR="00813C9E" w:rsidRDefault="00813C9E" w:rsidP="00490334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790" w:type="dxa"/>
            <w:vMerge w:val="restart"/>
          </w:tcPr>
          <w:p w:rsidR="00813C9E" w:rsidRDefault="00813C9E" w:rsidP="0049033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813C9E" w:rsidRDefault="00813C9E" w:rsidP="00490334">
            <w:pPr>
              <w:pStyle w:val="TableParagraph"/>
              <w:spacing w:before="74" w:line="266" w:lineRule="auto"/>
              <w:ind w:left="79" w:right="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397" w:type="dxa"/>
            <w:vMerge w:val="restart"/>
          </w:tcPr>
          <w:p w:rsidR="00813C9E" w:rsidRDefault="00813C9E" w:rsidP="00490334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813C9E" w:rsidRDefault="00813C9E" w:rsidP="00490334">
            <w:pPr>
              <w:pStyle w:val="TableParagraph"/>
              <w:spacing w:before="74" w:line="266" w:lineRule="auto"/>
              <w:ind w:left="80" w:right="3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149" w:type="dxa"/>
            <w:vMerge w:val="restart"/>
          </w:tcPr>
          <w:p w:rsidR="00813C9E" w:rsidRDefault="00813C9E" w:rsidP="00490334">
            <w:pPr>
              <w:pStyle w:val="TableParagraph"/>
              <w:spacing w:before="74" w:line="266" w:lineRule="auto"/>
              <w:ind w:left="81" w:right="20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813C9E" w:rsidTr="00490334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4790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</w:tr>
      <w:tr w:rsidR="00813C9E" w:rsidTr="00490334">
        <w:trPr>
          <w:trHeight w:val="333"/>
        </w:trPr>
        <w:tc>
          <w:tcPr>
            <w:tcW w:w="15496" w:type="dxa"/>
            <w:gridSpan w:val="9"/>
          </w:tcPr>
          <w:p w:rsidR="00813C9E" w:rsidRDefault="00813C9E" w:rsidP="0049033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Российская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Федерация.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79" w:right="1180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иллюстраций;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федеративном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813C9E" w:rsidRDefault="00813C9E" w:rsidP="00490334">
            <w:pPr>
              <w:pStyle w:val="TableParagraph"/>
              <w:spacing w:before="1" w:line="266" w:lineRule="auto"/>
              <w:ind w:left="79" w:right="5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 многонациональном составе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страны.;;</w:t>
            </w:r>
            <w:proofErr w:type="gramEnd"/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Государственные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символы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символика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79" w:right="1180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иллюстраций;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федеративном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устройстве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  <w:p w:rsidR="00813C9E" w:rsidRDefault="00813C9E" w:rsidP="00490334">
            <w:pPr>
              <w:pStyle w:val="TableParagraph"/>
              <w:spacing w:before="1" w:line="266" w:lineRule="auto"/>
              <w:ind w:left="79" w:right="55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 многонациональном составе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страны.;;</w:t>
            </w:r>
            <w:proofErr w:type="gramEnd"/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870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2" w:line="266" w:lineRule="auto"/>
              <w:ind w:right="81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Москва —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столи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ца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. Достопримечательности </w:t>
            </w:r>
            <w:r>
              <w:rPr>
                <w:b/>
                <w:w w:val="105"/>
                <w:sz w:val="15"/>
              </w:rPr>
              <w:t>Москвы.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Москвы.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79" w:right="1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 учителя, рассматривание иллюстраций,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текстов о федеративном устройстве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 о многонациональном составе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страны;</w:t>
            </w:r>
          </w:p>
          <w:p w:rsidR="00813C9E" w:rsidRDefault="00813C9E" w:rsidP="00490334">
            <w:pPr>
              <w:pStyle w:val="TableParagraph"/>
              <w:spacing w:before="3" w:line="266" w:lineRule="auto"/>
              <w:ind w:left="79" w:right="558"/>
              <w:rPr>
                <w:sz w:val="15"/>
              </w:rPr>
            </w:pPr>
            <w:r>
              <w:rPr>
                <w:w w:val="105"/>
                <w:sz w:val="15"/>
              </w:rPr>
              <w:t>Игра-путешествие по теме «Работаем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экскурсоводами, проводим </w:t>
            </w:r>
            <w:r>
              <w:rPr>
                <w:w w:val="105"/>
                <w:sz w:val="15"/>
              </w:rPr>
              <w:t>экскурсии по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Санкт-Петербургу»;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 w:right="1007"/>
              <w:rPr>
                <w:sz w:val="15"/>
              </w:rPr>
            </w:pPr>
            <w:r>
              <w:rPr>
                <w:w w:val="105"/>
                <w:sz w:val="15"/>
              </w:rPr>
              <w:t>Рассказ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«История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Москвы»;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9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РФ.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Санкт-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Петербург,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регион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РФ;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зачет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0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многонациональное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государство.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обычаях,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праздниках;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опрос;,</w:t>
            </w:r>
            <w:proofErr w:type="gramEnd"/>
            <w:r>
              <w:rPr>
                <w:w w:val="105"/>
                <w:sz w:val="15"/>
              </w:rPr>
              <w:t xml:space="preserve"> контрольная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7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</w:tbl>
    <w:p w:rsidR="00813C9E" w:rsidRPr="00813C9E" w:rsidRDefault="00813C9E" w:rsidP="00813C9E">
      <w:pPr>
        <w:spacing w:line="266" w:lineRule="auto"/>
        <w:rPr>
          <w:sz w:val="15"/>
          <w:lang w:val="ru-RU"/>
        </w:rPr>
        <w:sectPr w:rsidR="00813C9E" w:rsidRPr="00813C9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90"/>
        <w:gridCol w:w="528"/>
        <w:gridCol w:w="1104"/>
        <w:gridCol w:w="1140"/>
        <w:gridCol w:w="804"/>
        <w:gridCol w:w="3397"/>
        <w:gridCol w:w="1116"/>
        <w:gridCol w:w="2149"/>
      </w:tblGrid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 w:line="271" w:lineRule="auto"/>
              <w:ind w:right="16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position w:val="1"/>
                <w:sz w:val="15"/>
              </w:rPr>
              <w:t>досто</w:t>
            </w:r>
            <w:proofErr w:type="spellEnd"/>
            <w:r>
              <w:rPr>
                <w:b/>
                <w:w w:val="105"/>
                <w:sz w:val="15"/>
              </w:rPr>
              <w:t>п</w:t>
            </w:r>
            <w:proofErr w:type="spellStart"/>
            <w:r>
              <w:rPr>
                <w:b/>
                <w:w w:val="105"/>
                <w:position w:val="1"/>
                <w:sz w:val="15"/>
              </w:rPr>
              <w:t>римечательности</w:t>
            </w:r>
            <w:proofErr w:type="spellEnd"/>
            <w:r>
              <w:rPr>
                <w:b/>
                <w:w w:val="105"/>
                <w:position w:val="1"/>
                <w:sz w:val="15"/>
              </w:rPr>
              <w:t>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Составление сообщения об истории 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взрослых,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информации);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521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Значимые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события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</w:t>
            </w:r>
            <w:r>
              <w:rPr>
                <w:b/>
                <w:spacing w:val="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карте.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Составление сообщения об истории родного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взрослых,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информации);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Хозяйственные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края.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«Зачем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трудится?»;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 w:right="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Дидактическая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«Профессии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города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села»;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контрольная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Семья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i/>
                <w:spacing w:val="-1"/>
                <w:w w:val="105"/>
                <w:sz w:val="15"/>
              </w:rPr>
              <w:t>—</w:t>
            </w:r>
            <w:r>
              <w:rPr>
                <w:b/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коллектив.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Семейное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древо.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Семейные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ценности</w:t>
            </w:r>
            <w:proofErr w:type="gramStart"/>
            <w:r>
              <w:rPr>
                <w:b/>
                <w:w w:val="105"/>
                <w:sz w:val="15"/>
              </w:rPr>
              <w:t>.</w:t>
            </w:r>
            <w:proofErr w:type="gram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425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«Послушаем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расскажем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97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Совместный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Участие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делах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1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«Составление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родословного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6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местах.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554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«Оцени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умеешь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сдерживать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эмоции?»;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практическая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 w:line="276" w:lineRule="auto"/>
              <w:ind w:right="4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Доброта,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справедливость,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честность,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уважение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чужому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мнению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особенностям других людей — главные 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членов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общества.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4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 ситуаций, раскрывающих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людям;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группе: работа с пословицами,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и группировка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противоположному значению (добрый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жадный,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смелый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трусливый,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правдивый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лживый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контрольная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</w:tbl>
    <w:p w:rsidR="00813C9E" w:rsidRPr="0066793F" w:rsidRDefault="00813C9E" w:rsidP="00813C9E">
      <w:pPr>
        <w:spacing w:line="266" w:lineRule="auto"/>
        <w:rPr>
          <w:sz w:val="15"/>
          <w:lang w:val="ru-RU"/>
        </w:rPr>
        <w:sectPr w:rsidR="00813C9E" w:rsidRPr="0066793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90"/>
        <w:gridCol w:w="528"/>
        <w:gridCol w:w="1104"/>
        <w:gridCol w:w="1140"/>
        <w:gridCol w:w="804"/>
        <w:gridCol w:w="3397"/>
        <w:gridCol w:w="1116"/>
        <w:gridCol w:w="2149"/>
      </w:tblGrid>
      <w:tr w:rsidR="00813C9E" w:rsidTr="00490334">
        <w:trPr>
          <w:trHeight w:val="333"/>
        </w:trPr>
        <w:tc>
          <w:tcPr>
            <w:tcW w:w="5258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9710" w:type="dxa"/>
            <w:gridSpan w:val="6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13C9E" w:rsidTr="00490334">
        <w:trPr>
          <w:trHeight w:val="333"/>
        </w:trPr>
        <w:tc>
          <w:tcPr>
            <w:tcW w:w="15496" w:type="dxa"/>
            <w:gridSpan w:val="9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 w:line="266" w:lineRule="auto"/>
              <w:ind w:right="81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Наблюдения,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опыты,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созвездия,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звёздного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неба.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Планеты.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 и других материалов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«Звёздное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Созвездия»;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отличается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</w:t>
            </w:r>
            <w:r>
              <w:rPr>
                <w:b/>
                <w:spacing w:val="2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Земле.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отличается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глобус,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глобусом;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Карта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океаны.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учителя, работа с текстом учебника: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контрольная работа, зачет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2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617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сторон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горизонта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компаса.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Компас,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устройство,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ориентирование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местности.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Многообразие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растений.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Деревья,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кустарники,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травы.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парк: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Игра-соревнование по теме «Кто больше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вспомнит названий деревьев»;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Коммуникативная деятельность: описание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растений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4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</w:tbl>
    <w:p w:rsidR="00813C9E" w:rsidRPr="0066793F" w:rsidRDefault="00813C9E" w:rsidP="00813C9E">
      <w:pPr>
        <w:spacing w:line="266" w:lineRule="auto"/>
        <w:rPr>
          <w:sz w:val="15"/>
          <w:lang w:val="ru-RU"/>
        </w:rPr>
        <w:sectPr w:rsidR="00813C9E" w:rsidRPr="0066793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90"/>
        <w:gridCol w:w="528"/>
        <w:gridCol w:w="1104"/>
        <w:gridCol w:w="1140"/>
        <w:gridCol w:w="804"/>
        <w:gridCol w:w="3397"/>
        <w:gridCol w:w="1116"/>
        <w:gridCol w:w="2149"/>
      </w:tblGrid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Дикорастущие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2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Классификация растений (по иллюстрациям):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5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13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 по теме «Рассматривание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растений, обсуждение условий </w:t>
            </w:r>
            <w:r>
              <w:rPr>
                <w:w w:val="105"/>
                <w:sz w:val="15"/>
              </w:rPr>
              <w:t>благополучного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растения»;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 с иллюстративным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 составление коллективного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«Каким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бывает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сезоны»;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6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(фауна).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1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Дидактическая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«Угадай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описанию»;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7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right="741"/>
              <w:rPr>
                <w:b/>
                <w:sz w:val="15"/>
              </w:rPr>
            </w:pPr>
            <w:r>
              <w:rPr>
                <w:b/>
                <w:sz w:val="15"/>
              </w:rPr>
              <w:t>Насекомые,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рыбы,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звери,</w:t>
            </w:r>
            <w:r>
              <w:rPr>
                <w:b/>
                <w:spacing w:val="-16"/>
                <w:sz w:val="15"/>
              </w:rPr>
              <w:t xml:space="preserve"> </w:t>
            </w:r>
            <w:r>
              <w:rPr>
                <w:b/>
                <w:sz w:val="15"/>
              </w:rPr>
              <w:t>земноводные,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пресмыкающиеся: общая характеристика (особенности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внешнего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движений,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питания,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размножения).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r>
              <w:rPr>
                <w:w w:val="105"/>
                <w:sz w:val="15"/>
              </w:rPr>
              <w:t>Логическая задача по теме «Найди ошибку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 животное попало в эту группу случайно»;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живут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8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Сезонная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Ролевая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«Собрание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готовится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зиме»;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контрольная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581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представители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книги.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книга?»;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Просмотр и обсуждение 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видеофрагментов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 на тему: «Растения и животные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практическая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0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</w:tbl>
    <w:p w:rsidR="00813C9E" w:rsidRPr="0066793F" w:rsidRDefault="00813C9E" w:rsidP="00813C9E">
      <w:pPr>
        <w:spacing w:line="266" w:lineRule="auto"/>
        <w:rPr>
          <w:sz w:val="15"/>
          <w:lang w:val="ru-RU"/>
        </w:rPr>
        <w:sectPr w:rsidR="00813C9E" w:rsidRPr="0066793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790"/>
        <w:gridCol w:w="528"/>
        <w:gridCol w:w="1064"/>
        <w:gridCol w:w="40"/>
        <w:gridCol w:w="1105"/>
        <w:gridCol w:w="35"/>
        <w:gridCol w:w="804"/>
        <w:gridCol w:w="3397"/>
        <w:gridCol w:w="1116"/>
        <w:gridCol w:w="2149"/>
      </w:tblGrid>
      <w:tr w:rsidR="00813C9E" w:rsidRPr="00781EB0" w:rsidTr="00490334">
        <w:trPr>
          <w:trHeight w:val="1677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2.13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Заповедники,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Охрана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нравственного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«Растения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края, занесённые в Красную книгу»;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79" w:right="2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«Правила поведения </w:t>
            </w:r>
            <w:r>
              <w:rPr>
                <w:w w:val="105"/>
                <w:sz w:val="15"/>
              </w:rPr>
              <w:t>в заповедных местах»;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группе: чтение текстов учебника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использование </w:t>
            </w:r>
            <w:r>
              <w:rPr>
                <w:w w:val="105"/>
                <w:sz w:val="15"/>
              </w:rPr>
              <w:t>полученной информации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подготовки собственного рассказа о Красной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 контрольная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1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Tr="00490334">
        <w:trPr>
          <w:trHeight w:val="333"/>
        </w:trPr>
        <w:tc>
          <w:tcPr>
            <w:tcW w:w="5258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9710" w:type="dxa"/>
            <w:gridSpan w:val="8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13C9E" w:rsidTr="00490334">
        <w:trPr>
          <w:trHeight w:val="333"/>
        </w:trPr>
        <w:tc>
          <w:tcPr>
            <w:tcW w:w="15496" w:type="dxa"/>
            <w:gridSpan w:val="11"/>
          </w:tcPr>
          <w:p w:rsidR="00813C9E" w:rsidRDefault="00813C9E" w:rsidP="00490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 w:line="268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(чередование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занятий, двигательной </w:t>
            </w:r>
            <w:r>
              <w:rPr>
                <w:b/>
                <w:w w:val="105"/>
                <w:sz w:val="15"/>
              </w:rPr>
              <w:t>активности) и рациональное питание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(количество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приёмов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пищи</w:t>
            </w:r>
            <w:r>
              <w:rPr>
                <w:b/>
                <w:spacing w:val="-4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и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рацион</w:t>
            </w:r>
            <w:r>
              <w:rPr>
                <w:b/>
                <w:spacing w:val="-3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питания)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«Зачем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дня?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питаться?»;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2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79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воздухе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укрепления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Беседа по теме «Что может случиться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прогулке,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площадке,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3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303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52" w:line="268" w:lineRule="auto"/>
              <w:ind w:right="2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(маршрут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занятиях, переменах, при приёмах пищи, 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 xml:space="preserve">также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пришкольной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территории).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 w:right="495"/>
              <w:rPr>
                <w:sz w:val="15"/>
              </w:rPr>
            </w:pPr>
            <w:r>
              <w:rPr>
                <w:w w:val="105"/>
                <w:sz w:val="15"/>
              </w:rPr>
              <w:t>Ролевая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пешеходы»;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дорожных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ситуаций.;</w:t>
            </w:r>
            <w:proofErr w:type="gramEnd"/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4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354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right="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безопасного поведения пассажира наземного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транспорта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метро.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Номера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телефонов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экстренной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общественном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транспорте»;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0" w:right="4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5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RPr="00781EB0" w:rsidTr="00490334">
        <w:trPr>
          <w:trHeight w:val="1485"/>
        </w:trPr>
        <w:tc>
          <w:tcPr>
            <w:tcW w:w="468" w:type="dxa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790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right="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поведения при пользовании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компьютером.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(коммуникация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мессенджерах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социальных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группах)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контролируемого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7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«Правила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пользования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компьютером»;</w:t>
            </w:r>
          </w:p>
        </w:tc>
        <w:tc>
          <w:tcPr>
            <w:tcW w:w="1116" w:type="dxa"/>
          </w:tcPr>
          <w:p w:rsidR="00813C9E" w:rsidRDefault="00813C9E" w:rsidP="00490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 контрольная работа</w:t>
            </w:r>
          </w:p>
        </w:tc>
        <w:tc>
          <w:tcPr>
            <w:tcW w:w="2149" w:type="dxa"/>
          </w:tcPr>
          <w:p w:rsidR="00813C9E" w:rsidRDefault="00813C9E" w:rsidP="00490334">
            <w:pPr>
              <w:pStyle w:val="TableParagraph"/>
              <w:spacing w:before="64" w:line="266" w:lineRule="auto"/>
              <w:ind w:left="81" w:right="2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Электронное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813C9E" w:rsidRDefault="00813C9E" w:rsidP="00490334">
            <w:pPr>
              <w:pStyle w:val="TableParagraph"/>
              <w:spacing w:before="2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«Окружающий мир», 2 класс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(Диск СD) 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 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 адресу: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6">
              <w:r>
                <w:rPr>
                  <w:spacing w:val="-1"/>
                  <w:w w:val="105"/>
                  <w:sz w:val="15"/>
                </w:rPr>
                <w:t>http://school-</w:t>
              </w:r>
              <w:r>
                <w:rPr>
                  <w:spacing w:val="-3"/>
                  <w:w w:val="105"/>
                  <w:sz w:val="15"/>
                </w:rPr>
                <w:t xml:space="preserve"> </w:t>
              </w:r>
            </w:hyperlink>
            <w:r>
              <w:rPr>
                <w:spacing w:val="-1"/>
                <w:w w:val="105"/>
                <w:sz w:val="15"/>
              </w:rPr>
              <w:t>collection.edu.ru)</w:t>
            </w:r>
          </w:p>
        </w:tc>
      </w:tr>
      <w:tr w:rsidR="00813C9E" w:rsidTr="00490334">
        <w:trPr>
          <w:trHeight w:val="333"/>
        </w:trPr>
        <w:tc>
          <w:tcPr>
            <w:tcW w:w="5258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710" w:type="dxa"/>
            <w:gridSpan w:val="8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13C9E" w:rsidTr="00490334">
        <w:trPr>
          <w:trHeight w:val="333"/>
        </w:trPr>
        <w:tc>
          <w:tcPr>
            <w:tcW w:w="5258" w:type="dxa"/>
            <w:gridSpan w:val="2"/>
          </w:tcPr>
          <w:p w:rsidR="00813C9E" w:rsidRDefault="00813C9E" w:rsidP="00490334">
            <w:pPr>
              <w:pStyle w:val="TableParagraph"/>
              <w:spacing w:before="64"/>
              <w:rPr>
                <w:w w:val="105"/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13C9E" w:rsidRDefault="00813C9E" w:rsidP="00490334">
            <w:pPr>
              <w:pStyle w:val="TableParagraph"/>
              <w:spacing w:before="64"/>
              <w:ind w:left="77"/>
              <w:rPr>
                <w:w w:val="104"/>
                <w:sz w:val="15"/>
              </w:rPr>
            </w:pPr>
            <w:r>
              <w:rPr>
                <w:w w:val="104"/>
                <w:sz w:val="15"/>
              </w:rPr>
              <w:t>68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813C9E" w:rsidRDefault="00813C9E" w:rsidP="00490334">
            <w:pPr>
              <w:pStyle w:val="TableParagraph"/>
              <w:spacing w:before="0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3C9E" w:rsidRDefault="00813C9E" w:rsidP="00490334">
            <w:pPr>
              <w:pStyle w:val="TableParagraph"/>
              <w:spacing w:before="0"/>
              <w:ind w:left="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7501" w:type="dxa"/>
            <w:gridSpan w:val="5"/>
            <w:tcBorders>
              <w:left w:val="single" w:sz="4" w:space="0" w:color="auto"/>
            </w:tcBorders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13C9E" w:rsidRDefault="00813C9E" w:rsidP="00813C9E">
      <w:pPr>
        <w:rPr>
          <w:sz w:val="14"/>
        </w:rPr>
        <w:sectPr w:rsidR="00813C9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13C9E" w:rsidRDefault="00813C9E" w:rsidP="00813C9E">
      <w:pPr>
        <w:pStyle w:val="1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57979E60" wp14:editId="6EA3B272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EA7C7" id="Rectangle 4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813C9E" w:rsidRDefault="00813C9E" w:rsidP="00813C9E">
      <w:pPr>
        <w:pStyle w:val="af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813C9E" w:rsidTr="00490334">
        <w:trPr>
          <w:trHeight w:val="477"/>
        </w:trPr>
        <w:tc>
          <w:tcPr>
            <w:tcW w:w="504" w:type="dxa"/>
            <w:vMerge w:val="restart"/>
          </w:tcPr>
          <w:p w:rsidR="00813C9E" w:rsidRDefault="00813C9E" w:rsidP="00490334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73" w:type="dxa"/>
            <w:vMerge w:val="restart"/>
          </w:tcPr>
          <w:p w:rsidR="00813C9E" w:rsidRDefault="00813C9E" w:rsidP="004903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813C9E" w:rsidRDefault="00813C9E" w:rsidP="004903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813C9E" w:rsidRDefault="00813C9E" w:rsidP="00490334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188" w:type="dxa"/>
            <w:vMerge w:val="restart"/>
          </w:tcPr>
          <w:p w:rsidR="00813C9E" w:rsidRDefault="00813C9E" w:rsidP="00490334">
            <w:pPr>
              <w:pStyle w:val="TableParagraph"/>
              <w:spacing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813C9E" w:rsidTr="00490334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3673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813C9E" w:rsidRDefault="00813C9E" w:rsidP="004903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813C9E" w:rsidRDefault="00813C9E" w:rsidP="00490334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813C9E" w:rsidRDefault="00813C9E" w:rsidP="00490334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vMerge/>
            <w:tcBorders>
              <w:top w:val="nil"/>
            </w:tcBorders>
          </w:tcPr>
          <w:p w:rsidR="00813C9E" w:rsidRDefault="00813C9E" w:rsidP="00490334">
            <w:pPr>
              <w:rPr>
                <w:sz w:val="2"/>
                <w:szCs w:val="2"/>
              </w:rPr>
            </w:pPr>
          </w:p>
        </w:tc>
      </w:tr>
      <w:tr w:rsidR="00813C9E" w:rsidTr="00490334">
        <w:trPr>
          <w:trHeight w:val="1149"/>
        </w:trPr>
        <w:tc>
          <w:tcPr>
            <w:tcW w:w="504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3" w:type="dxa"/>
          </w:tcPr>
          <w:p w:rsidR="00813C9E" w:rsidRDefault="00813C9E" w:rsidP="00490334"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>
              <w:rPr>
                <w:sz w:val="24"/>
              </w:rPr>
              <w:t>Родная страна</w:t>
            </w:r>
          </w:p>
        </w:tc>
        <w:tc>
          <w:tcPr>
            <w:tcW w:w="732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Default="00813C9E" w:rsidP="00490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13C9E" w:rsidTr="00490334">
        <w:trPr>
          <w:trHeight w:val="1149"/>
        </w:trPr>
        <w:tc>
          <w:tcPr>
            <w:tcW w:w="504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3" w:type="dxa"/>
          </w:tcPr>
          <w:p w:rsidR="00813C9E" w:rsidRDefault="00813C9E" w:rsidP="00490334">
            <w:pPr>
              <w:pStyle w:val="TableParagraph"/>
              <w:spacing w:line="292" w:lineRule="auto"/>
              <w:ind w:right="8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Город и село </w:t>
            </w:r>
          </w:p>
        </w:tc>
        <w:tc>
          <w:tcPr>
            <w:tcW w:w="732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Default="00813C9E" w:rsidP="00490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13C9E" w:rsidTr="00490334">
        <w:trPr>
          <w:trHeight w:val="1149"/>
        </w:trPr>
        <w:tc>
          <w:tcPr>
            <w:tcW w:w="504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3" w:type="dxa"/>
          </w:tcPr>
          <w:p w:rsidR="00813C9E" w:rsidRDefault="00813C9E" w:rsidP="00490334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Наши проекты «Родной город (село)»</w:t>
            </w:r>
          </w:p>
        </w:tc>
        <w:tc>
          <w:tcPr>
            <w:tcW w:w="732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Default="00813C9E" w:rsidP="00490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Default="00813C9E" w:rsidP="00490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74"/>
              <w:rPr>
                <w:sz w:val="24"/>
              </w:rPr>
            </w:pPr>
            <w:r w:rsidRPr="00132952">
              <w:rPr>
                <w:sz w:val="24"/>
              </w:rPr>
              <w:t>Природа и рукотворный мир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48"/>
              <w:rPr>
                <w:sz w:val="24"/>
              </w:rPr>
            </w:pPr>
            <w:r w:rsidRPr="00132952">
              <w:rPr>
                <w:sz w:val="24"/>
              </w:rPr>
              <w:t>Проверим себя и оценим достижения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Контрольная работа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48"/>
              <w:rPr>
                <w:sz w:val="24"/>
              </w:rPr>
            </w:pPr>
            <w:r w:rsidRPr="00132952">
              <w:rPr>
                <w:sz w:val="24"/>
              </w:rPr>
              <w:t>Неживая и живая природа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7.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449"/>
              <w:rPr>
                <w:sz w:val="24"/>
              </w:rPr>
            </w:pPr>
            <w:r w:rsidRPr="00132952">
              <w:rPr>
                <w:sz w:val="24"/>
              </w:rPr>
              <w:t>Явления природы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8.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42"/>
              <w:rPr>
                <w:sz w:val="24"/>
              </w:rPr>
            </w:pPr>
            <w:r w:rsidRPr="00132952">
              <w:rPr>
                <w:sz w:val="24"/>
              </w:rPr>
              <w:t>Что такое погода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485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9.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 w:rsidRPr="00132952">
              <w:rPr>
                <w:sz w:val="24"/>
              </w:rPr>
              <w:t>В гости к осени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10.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389"/>
              <w:rPr>
                <w:sz w:val="24"/>
              </w:rPr>
            </w:pPr>
            <w:r w:rsidRPr="00132952">
              <w:rPr>
                <w:sz w:val="24"/>
              </w:rPr>
              <w:t>Звёздное небо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Практическая работа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11.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389"/>
              <w:rPr>
                <w:sz w:val="24"/>
              </w:rPr>
            </w:pPr>
            <w:r w:rsidRPr="00132952">
              <w:rPr>
                <w:sz w:val="24"/>
              </w:rPr>
              <w:t>Заклянем в кладовые Земли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lastRenderedPageBreak/>
              <w:t>12.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74"/>
              <w:rPr>
                <w:sz w:val="24"/>
              </w:rPr>
            </w:pPr>
            <w:r w:rsidRPr="00132952">
              <w:rPr>
                <w:sz w:val="24"/>
              </w:rPr>
              <w:t>Про воздух…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13.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9"/>
              <w:rPr>
                <w:sz w:val="24"/>
              </w:rPr>
            </w:pPr>
            <w:r w:rsidRPr="00132952">
              <w:rPr>
                <w:sz w:val="24"/>
              </w:rPr>
              <w:t>…И про воду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002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14.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355"/>
              <w:rPr>
                <w:sz w:val="24"/>
              </w:rPr>
            </w:pPr>
            <w:r w:rsidRPr="00132952">
              <w:rPr>
                <w:sz w:val="24"/>
              </w:rPr>
              <w:t>Какие бывают растения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15.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31"/>
              <w:jc w:val="both"/>
              <w:rPr>
                <w:sz w:val="24"/>
              </w:rPr>
            </w:pPr>
            <w:r w:rsidRPr="00132952">
              <w:rPr>
                <w:sz w:val="24"/>
              </w:rPr>
              <w:t>Какие бывают животные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16.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31"/>
              <w:jc w:val="both"/>
              <w:rPr>
                <w:sz w:val="24"/>
              </w:rPr>
            </w:pPr>
            <w:r w:rsidRPr="00132952">
              <w:rPr>
                <w:sz w:val="24"/>
              </w:rPr>
              <w:t>Невидимые нити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17.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31"/>
              <w:jc w:val="both"/>
              <w:rPr>
                <w:sz w:val="24"/>
              </w:rPr>
            </w:pPr>
            <w:r w:rsidRPr="00132952">
              <w:rPr>
                <w:sz w:val="24"/>
              </w:rPr>
              <w:t>Дикорастущие и культурные растения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18.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 w:rsidRPr="00132952">
              <w:rPr>
                <w:sz w:val="24"/>
              </w:rPr>
              <w:t>Дикие и домашние животные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19.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 w:rsidRPr="00132952">
              <w:rPr>
                <w:sz w:val="24"/>
              </w:rPr>
              <w:t>Комнатные растения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14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20.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36"/>
              <w:rPr>
                <w:sz w:val="24"/>
              </w:rPr>
            </w:pPr>
            <w:r w:rsidRPr="00132952">
              <w:rPr>
                <w:sz w:val="24"/>
              </w:rPr>
              <w:t>Животные живого уголка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21.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625"/>
              <w:rPr>
                <w:sz w:val="24"/>
              </w:rPr>
            </w:pPr>
            <w:r w:rsidRPr="00132952">
              <w:rPr>
                <w:sz w:val="24"/>
              </w:rPr>
              <w:t>Про кошек и собак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22.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625"/>
              <w:rPr>
                <w:sz w:val="24"/>
              </w:rPr>
            </w:pPr>
            <w:r w:rsidRPr="00132952">
              <w:rPr>
                <w:sz w:val="24"/>
              </w:rPr>
              <w:t>Красная книга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23.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625"/>
              <w:rPr>
                <w:sz w:val="24"/>
              </w:rPr>
            </w:pPr>
            <w:r w:rsidRPr="00132952">
              <w:rPr>
                <w:sz w:val="24"/>
              </w:rPr>
              <w:t>Будь природе другом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24.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Наши проекты «Красная книга» или «Возьмем под защиту»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25.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Проверим и оценим свои достижения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Контрольная работа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26.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Что такое экономика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</w:tbl>
    <w:p w:rsidR="00813C9E" w:rsidRPr="00132952" w:rsidRDefault="00813C9E" w:rsidP="00813C9E">
      <w:pPr>
        <w:spacing w:line="292" w:lineRule="auto"/>
        <w:rPr>
          <w:sz w:val="24"/>
        </w:rPr>
        <w:sectPr w:rsidR="00813C9E" w:rsidRPr="0013295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813C9E" w:rsidRPr="00132952" w:rsidTr="00490334">
        <w:trPr>
          <w:trHeight w:val="1485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lastRenderedPageBreak/>
              <w:t>27.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 w:rsidRPr="00132952">
              <w:rPr>
                <w:sz w:val="24"/>
              </w:rPr>
              <w:t>Из чего что сделано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1485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28.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 w:rsidRPr="00132952">
              <w:rPr>
                <w:sz w:val="24"/>
              </w:rPr>
              <w:t>Как построить дом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7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29.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 w:rsidRPr="00132952">
              <w:rPr>
                <w:sz w:val="24"/>
              </w:rPr>
              <w:t>Какой бывает транспорт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30.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 w:rsidRPr="00132952">
              <w:rPr>
                <w:sz w:val="24"/>
              </w:rPr>
              <w:t>Культура и образование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31.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 w:rsidRPr="00132952">
              <w:rPr>
                <w:sz w:val="24"/>
              </w:rPr>
              <w:t>Все профессии важны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32.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 w:rsidRPr="00132952">
              <w:rPr>
                <w:sz w:val="24"/>
              </w:rPr>
              <w:t>Наши проекты «Профессии»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33.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600"/>
              <w:rPr>
                <w:sz w:val="24"/>
              </w:rPr>
            </w:pPr>
            <w:r w:rsidRPr="00132952">
              <w:rPr>
                <w:sz w:val="24"/>
              </w:rPr>
              <w:t>В гости к зиме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34.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600"/>
              <w:rPr>
                <w:sz w:val="24"/>
              </w:rPr>
            </w:pPr>
            <w:r w:rsidRPr="00132952">
              <w:rPr>
                <w:sz w:val="24"/>
              </w:rPr>
              <w:t>Проверим и оценим свои достижения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Контрольная работа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35.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600"/>
              <w:rPr>
                <w:sz w:val="24"/>
              </w:rPr>
            </w:pPr>
            <w:r w:rsidRPr="00132952">
              <w:rPr>
                <w:sz w:val="24"/>
              </w:rPr>
              <w:t>Строение тема человека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36.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440"/>
              <w:rPr>
                <w:sz w:val="24"/>
              </w:rPr>
            </w:pPr>
            <w:r w:rsidRPr="00132952">
              <w:rPr>
                <w:sz w:val="24"/>
              </w:rPr>
              <w:t>Если хочешь быть здоров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37.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440"/>
              <w:rPr>
                <w:sz w:val="24"/>
              </w:rPr>
            </w:pPr>
            <w:r w:rsidRPr="00132952">
              <w:rPr>
                <w:sz w:val="24"/>
              </w:rPr>
              <w:t>Берегись автомобиля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38.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440"/>
              <w:rPr>
                <w:sz w:val="24"/>
              </w:rPr>
            </w:pPr>
            <w:r w:rsidRPr="00132952">
              <w:rPr>
                <w:sz w:val="24"/>
              </w:rPr>
              <w:t>Домашние опасности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39.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Пожар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40.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На воде и в лесу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41.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Опасные насекомые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</w:tbl>
    <w:p w:rsidR="00813C9E" w:rsidRPr="00132952" w:rsidRDefault="00813C9E" w:rsidP="00813C9E">
      <w:pPr>
        <w:spacing w:line="292" w:lineRule="auto"/>
        <w:rPr>
          <w:sz w:val="24"/>
        </w:rPr>
        <w:sectPr w:rsidR="00813C9E" w:rsidRPr="0013295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3"/>
        <w:gridCol w:w="732"/>
        <w:gridCol w:w="1620"/>
        <w:gridCol w:w="1668"/>
        <w:gridCol w:w="1164"/>
        <w:gridCol w:w="1188"/>
      </w:tblGrid>
      <w:tr w:rsidR="00813C9E" w:rsidRPr="00132952" w:rsidTr="00950DCD">
        <w:trPr>
          <w:trHeight w:val="1120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lastRenderedPageBreak/>
              <w:t>42.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37"/>
              <w:rPr>
                <w:sz w:val="24"/>
              </w:rPr>
            </w:pPr>
            <w:r w:rsidRPr="00132952">
              <w:rPr>
                <w:sz w:val="24"/>
              </w:rPr>
              <w:t>Проверим и оценим свои достижения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Контрольная работа</w:t>
            </w:r>
          </w:p>
        </w:tc>
      </w:tr>
      <w:tr w:rsidR="00813C9E" w:rsidRPr="00132952" w:rsidTr="00950DCD">
        <w:trPr>
          <w:trHeight w:val="695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43.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37"/>
              <w:rPr>
                <w:sz w:val="24"/>
              </w:rPr>
            </w:pPr>
            <w:r w:rsidRPr="00132952">
              <w:rPr>
                <w:sz w:val="24"/>
              </w:rPr>
              <w:t>Наша дружная семья. Проект «Родословная»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76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44.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537" w:firstLine="60"/>
              <w:rPr>
                <w:sz w:val="24"/>
              </w:rPr>
            </w:pPr>
            <w:r w:rsidRPr="00132952">
              <w:rPr>
                <w:sz w:val="24"/>
              </w:rPr>
              <w:t>В школе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490334">
        <w:trPr>
          <w:trHeight w:val="8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45.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Правила вежливости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Практическая работа</w:t>
            </w:r>
          </w:p>
        </w:tc>
      </w:tr>
      <w:tr w:rsidR="00813C9E" w:rsidRPr="00132952" w:rsidTr="00950DCD">
        <w:trPr>
          <w:trHeight w:val="874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46.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 w:line="292" w:lineRule="auto"/>
              <w:ind w:right="876"/>
              <w:rPr>
                <w:sz w:val="24"/>
              </w:rPr>
            </w:pPr>
            <w:r w:rsidRPr="00132952">
              <w:rPr>
                <w:sz w:val="24"/>
              </w:rPr>
              <w:t>Ты и твои друзья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75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47.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 w:line="292" w:lineRule="auto"/>
              <w:ind w:right="876"/>
              <w:rPr>
                <w:sz w:val="24"/>
              </w:rPr>
            </w:pPr>
            <w:r w:rsidRPr="00132952">
              <w:rPr>
                <w:sz w:val="24"/>
              </w:rPr>
              <w:t>Мы – зрители и пассажиры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1054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48.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67"/>
              <w:rPr>
                <w:sz w:val="24"/>
              </w:rPr>
            </w:pPr>
            <w:r w:rsidRPr="00132952">
              <w:rPr>
                <w:sz w:val="24"/>
              </w:rPr>
              <w:t>Проверим и оценим свои достижения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Контрольная работа</w:t>
            </w:r>
          </w:p>
        </w:tc>
      </w:tr>
      <w:tr w:rsidR="00813C9E" w:rsidRPr="00132952" w:rsidTr="00950DCD">
        <w:trPr>
          <w:trHeight w:val="75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49.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381"/>
              <w:rPr>
                <w:sz w:val="24"/>
              </w:rPr>
            </w:pPr>
            <w:r w:rsidRPr="00132952">
              <w:rPr>
                <w:sz w:val="24"/>
              </w:rPr>
              <w:t>Посмотри вокруг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740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50.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381"/>
              <w:rPr>
                <w:sz w:val="24"/>
              </w:rPr>
            </w:pPr>
            <w:r w:rsidRPr="00132952">
              <w:rPr>
                <w:sz w:val="24"/>
              </w:rPr>
              <w:t>Ориентирование на местности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67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51.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 w:rsidRPr="00132952">
              <w:rPr>
                <w:sz w:val="24"/>
              </w:rPr>
              <w:t>Формы земной поверхности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07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52.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78"/>
              <w:rPr>
                <w:sz w:val="24"/>
              </w:rPr>
            </w:pPr>
            <w:r w:rsidRPr="00132952">
              <w:rPr>
                <w:sz w:val="24"/>
              </w:rPr>
              <w:t>Водные богатства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817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53.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 w:rsidRPr="00132952">
              <w:rPr>
                <w:sz w:val="24"/>
              </w:rPr>
              <w:t>В гости к весне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84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54.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 w:rsidRPr="00132952">
              <w:rPr>
                <w:sz w:val="24"/>
              </w:rPr>
              <w:t>Россия на карте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85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55.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 w:rsidRPr="00132952">
              <w:rPr>
                <w:sz w:val="24"/>
              </w:rPr>
              <w:t xml:space="preserve">Россия на карте 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767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56.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 w:rsidRPr="00132952">
              <w:rPr>
                <w:sz w:val="24"/>
              </w:rPr>
              <w:t xml:space="preserve">Наши проекты «Города России»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9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57.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 w:rsidRPr="00132952">
              <w:rPr>
                <w:sz w:val="24"/>
              </w:rPr>
              <w:t xml:space="preserve">Путешествие по Москве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3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58.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rPr>
                <w:sz w:val="24"/>
              </w:rPr>
            </w:pPr>
            <w:r w:rsidRPr="00132952">
              <w:rPr>
                <w:sz w:val="24"/>
              </w:rPr>
              <w:t xml:space="preserve">Московский кремль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715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59.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rPr>
                <w:sz w:val="24"/>
              </w:rPr>
            </w:pPr>
            <w:r w:rsidRPr="00132952">
              <w:rPr>
                <w:sz w:val="24"/>
              </w:rPr>
              <w:t xml:space="preserve">Город на Неве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94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60.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rPr>
                <w:sz w:val="24"/>
              </w:rPr>
            </w:pPr>
            <w:r w:rsidRPr="00132952">
              <w:rPr>
                <w:sz w:val="24"/>
              </w:rPr>
              <w:t xml:space="preserve">Путешествие по планете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line="292" w:lineRule="auto"/>
              <w:ind w:left="78" w:right="275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lastRenderedPageBreak/>
              <w:t>опрос;</w:t>
            </w:r>
          </w:p>
        </w:tc>
      </w:tr>
      <w:tr w:rsidR="00813C9E" w:rsidRPr="00132952" w:rsidTr="00950DCD">
        <w:trPr>
          <w:trHeight w:val="547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lastRenderedPageBreak/>
              <w:t>61.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 xml:space="preserve">Путешествие по материкам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413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62.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 xml:space="preserve"> Путешествие по материкам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Зачет</w:t>
            </w:r>
          </w:p>
        </w:tc>
      </w:tr>
      <w:tr w:rsidR="00813C9E" w:rsidRPr="00132952" w:rsidTr="00950DCD">
        <w:trPr>
          <w:trHeight w:val="548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63.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 xml:space="preserve">Страны мира 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258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64.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Страны мира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Зачет</w:t>
            </w:r>
          </w:p>
        </w:tc>
      </w:tr>
      <w:tr w:rsidR="00813C9E" w:rsidRPr="00132952" w:rsidTr="00950DCD">
        <w:trPr>
          <w:trHeight w:val="58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65.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  <w:highlight w:val="yellow"/>
              </w:rPr>
            </w:pPr>
            <w:r w:rsidRPr="00132952">
              <w:rPr>
                <w:sz w:val="24"/>
              </w:rPr>
              <w:t>Наши проекты «Страны мира»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569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66.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  <w:highlight w:val="yellow"/>
              </w:rPr>
            </w:pPr>
            <w:r w:rsidRPr="00132952">
              <w:rPr>
                <w:sz w:val="24"/>
              </w:rPr>
              <w:t xml:space="preserve">Впереди лето  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Устный</w:t>
            </w:r>
            <w:r w:rsidRPr="00132952">
              <w:rPr>
                <w:spacing w:val="-58"/>
                <w:sz w:val="24"/>
              </w:rPr>
              <w:t xml:space="preserve"> </w:t>
            </w:r>
            <w:r w:rsidRPr="00132952">
              <w:rPr>
                <w:sz w:val="24"/>
              </w:rPr>
              <w:t>опрос;</w:t>
            </w:r>
          </w:p>
        </w:tc>
      </w:tr>
      <w:tr w:rsidR="00813C9E" w:rsidRPr="00132952" w:rsidTr="00950DCD">
        <w:trPr>
          <w:trHeight w:val="690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67.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  <w:highlight w:val="yellow"/>
              </w:rPr>
            </w:pPr>
            <w:r w:rsidRPr="00132952">
              <w:rPr>
                <w:sz w:val="24"/>
              </w:rPr>
              <w:t>Проверим себя и оценим свои достижения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 xml:space="preserve">Контрольная работа </w:t>
            </w:r>
          </w:p>
        </w:tc>
      </w:tr>
      <w:tr w:rsidR="00813C9E" w:rsidRPr="00132952" w:rsidTr="00950DCD">
        <w:trPr>
          <w:trHeight w:val="687"/>
        </w:trPr>
        <w:tc>
          <w:tcPr>
            <w:tcW w:w="504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68.</w:t>
            </w:r>
          </w:p>
        </w:tc>
        <w:tc>
          <w:tcPr>
            <w:tcW w:w="3673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  <w:highlight w:val="yellow"/>
              </w:rPr>
            </w:pPr>
            <w:r w:rsidRPr="00132952">
              <w:rPr>
                <w:sz w:val="24"/>
              </w:rPr>
              <w:t>Повторение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8" w:type="dxa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  <w:r w:rsidRPr="00132952">
              <w:rPr>
                <w:sz w:val="24"/>
              </w:rPr>
              <w:t>Тестирование</w:t>
            </w:r>
          </w:p>
        </w:tc>
      </w:tr>
      <w:tr w:rsidR="00813C9E" w:rsidRPr="00132952" w:rsidTr="00490334">
        <w:trPr>
          <w:trHeight w:val="813"/>
        </w:trPr>
        <w:tc>
          <w:tcPr>
            <w:tcW w:w="4177" w:type="dxa"/>
            <w:gridSpan w:val="2"/>
          </w:tcPr>
          <w:p w:rsidR="00813C9E" w:rsidRPr="00132952" w:rsidRDefault="00813C9E" w:rsidP="00490334">
            <w:pPr>
              <w:pStyle w:val="TableParagraph"/>
              <w:spacing w:line="292" w:lineRule="auto"/>
              <w:rPr>
                <w:sz w:val="24"/>
              </w:rPr>
            </w:pPr>
            <w:r w:rsidRPr="00132952">
              <w:rPr>
                <w:sz w:val="24"/>
              </w:rPr>
              <w:t>ОБЩЕЕ</w:t>
            </w:r>
            <w:r w:rsidRPr="00132952">
              <w:rPr>
                <w:spacing w:val="-7"/>
                <w:sz w:val="24"/>
              </w:rPr>
              <w:t xml:space="preserve"> </w:t>
            </w:r>
            <w:r w:rsidRPr="00132952">
              <w:rPr>
                <w:sz w:val="24"/>
              </w:rPr>
              <w:t>КОЛИЧЕСТВО</w:t>
            </w:r>
            <w:r w:rsidRPr="00132952">
              <w:rPr>
                <w:spacing w:val="-6"/>
                <w:sz w:val="24"/>
              </w:rPr>
              <w:t xml:space="preserve"> </w:t>
            </w:r>
            <w:r w:rsidRPr="00132952">
              <w:rPr>
                <w:sz w:val="24"/>
              </w:rPr>
              <w:t>ЧАСОВ</w:t>
            </w:r>
            <w:r w:rsidRPr="00132952">
              <w:rPr>
                <w:spacing w:val="-6"/>
                <w:sz w:val="24"/>
              </w:rPr>
              <w:t xml:space="preserve"> </w:t>
            </w:r>
            <w:r w:rsidRPr="00132952">
              <w:rPr>
                <w:sz w:val="24"/>
              </w:rPr>
              <w:t>ПО</w:t>
            </w:r>
            <w:r w:rsidRPr="00132952">
              <w:rPr>
                <w:spacing w:val="-57"/>
                <w:sz w:val="24"/>
              </w:rPr>
              <w:t xml:space="preserve"> </w:t>
            </w:r>
            <w:r w:rsidRPr="00132952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813C9E" w:rsidRPr="00132952" w:rsidRDefault="00813C9E" w:rsidP="00490334">
            <w:pPr>
              <w:pStyle w:val="TableParagraph"/>
              <w:rPr>
                <w:sz w:val="24"/>
              </w:rPr>
            </w:pPr>
            <w:r w:rsidRPr="00132952">
              <w:rPr>
                <w:sz w:val="24"/>
              </w:rPr>
              <w:t>6</w:t>
            </w:r>
          </w:p>
        </w:tc>
        <w:tc>
          <w:tcPr>
            <w:tcW w:w="1668" w:type="dxa"/>
          </w:tcPr>
          <w:p w:rsidR="00813C9E" w:rsidRPr="00132952" w:rsidRDefault="00813C9E" w:rsidP="00490334">
            <w:pPr>
              <w:pStyle w:val="TableParagraph"/>
              <w:ind w:left="77"/>
              <w:rPr>
                <w:sz w:val="24"/>
              </w:rPr>
            </w:pPr>
            <w:r w:rsidRPr="00132952">
              <w:rPr>
                <w:sz w:val="24"/>
              </w:rPr>
              <w:t>2</w:t>
            </w:r>
          </w:p>
        </w:tc>
        <w:tc>
          <w:tcPr>
            <w:tcW w:w="2352" w:type="dxa"/>
            <w:gridSpan w:val="2"/>
          </w:tcPr>
          <w:p w:rsidR="00813C9E" w:rsidRPr="00132952" w:rsidRDefault="00813C9E" w:rsidP="0049033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813C9E" w:rsidRDefault="00813C9E" w:rsidP="00813C9E">
      <w:pPr>
        <w:rPr>
          <w:sz w:val="24"/>
        </w:rPr>
        <w:sectPr w:rsidR="00813C9E">
          <w:pgSz w:w="11900" w:h="16840"/>
          <w:pgMar w:top="560" w:right="560" w:bottom="280" w:left="560" w:header="720" w:footer="720" w:gutter="0"/>
          <w:cols w:space="720"/>
        </w:sectPr>
      </w:pPr>
    </w:p>
    <w:p w:rsidR="00813C9E" w:rsidRDefault="00813C9E" w:rsidP="00813C9E">
      <w:pPr>
        <w:spacing w:before="66"/>
        <w:ind w:left="106"/>
        <w:rPr>
          <w:b/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1901BCFF" wp14:editId="72BC469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907AB" id="Rectangle 3" o:spid="_x0000_s1026" style="position:absolute;margin-left:33.3pt;margin-top:22.9pt;width:528.1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813C9E" w:rsidRDefault="00813C9E" w:rsidP="00813C9E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813C9E" w:rsidRPr="0066793F" w:rsidRDefault="00813C9E" w:rsidP="00813C9E">
      <w:pPr>
        <w:pStyle w:val="af"/>
        <w:spacing w:before="156"/>
        <w:ind w:left="106"/>
        <w:rPr>
          <w:lang w:val="ru-RU"/>
        </w:rPr>
      </w:pPr>
      <w:r w:rsidRPr="0066793F">
        <w:rPr>
          <w:lang w:val="ru-RU"/>
        </w:rPr>
        <w:t>Окружающий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мир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(в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2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частях),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2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класс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/Плешаков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А.А.,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Акционерное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общество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«Издательство</w:t>
      </w:r>
    </w:p>
    <w:p w:rsidR="00813C9E" w:rsidRPr="0066793F" w:rsidRDefault="00813C9E" w:rsidP="00813C9E">
      <w:pPr>
        <w:pStyle w:val="af"/>
        <w:spacing w:before="60"/>
        <w:ind w:left="106"/>
        <w:rPr>
          <w:lang w:val="ru-RU"/>
        </w:rPr>
      </w:pPr>
      <w:r w:rsidRPr="0066793F">
        <w:rPr>
          <w:lang w:val="ru-RU"/>
        </w:rPr>
        <w:t>«Просвещение»;</w:t>
      </w:r>
    </w:p>
    <w:p w:rsidR="00813C9E" w:rsidRPr="0066793F" w:rsidRDefault="00813C9E" w:rsidP="00813C9E">
      <w:pPr>
        <w:pStyle w:val="af"/>
        <w:spacing w:before="60" w:line="292" w:lineRule="auto"/>
        <w:ind w:left="106" w:right="7461"/>
        <w:rPr>
          <w:lang w:val="ru-RU"/>
        </w:rPr>
      </w:pPr>
      <w:r w:rsidRPr="0066793F">
        <w:rPr>
          <w:lang w:val="ru-RU"/>
        </w:rPr>
        <w:t>Окружающий мир (в 2 частях);</w:t>
      </w:r>
      <w:r w:rsidRPr="0066793F">
        <w:rPr>
          <w:spacing w:val="-58"/>
          <w:lang w:val="ru-RU"/>
        </w:rPr>
        <w:t xml:space="preserve"> </w:t>
      </w:r>
      <w:r w:rsidRPr="0066793F">
        <w:rPr>
          <w:lang w:val="ru-RU"/>
        </w:rPr>
        <w:t>2</w:t>
      </w:r>
      <w:r w:rsidRPr="0066793F">
        <w:rPr>
          <w:spacing w:val="-1"/>
          <w:lang w:val="ru-RU"/>
        </w:rPr>
        <w:t xml:space="preserve"> </w:t>
      </w:r>
      <w:r w:rsidRPr="0066793F">
        <w:rPr>
          <w:lang w:val="ru-RU"/>
        </w:rPr>
        <w:t>класс</w:t>
      </w:r>
      <w:r w:rsidRPr="0066793F">
        <w:rPr>
          <w:spacing w:val="-1"/>
          <w:lang w:val="ru-RU"/>
        </w:rPr>
        <w:t xml:space="preserve"> </w:t>
      </w:r>
      <w:r w:rsidRPr="0066793F">
        <w:rPr>
          <w:lang w:val="ru-RU"/>
        </w:rPr>
        <w:t>/Плешаков</w:t>
      </w:r>
      <w:r w:rsidRPr="0066793F">
        <w:rPr>
          <w:spacing w:val="-2"/>
          <w:lang w:val="ru-RU"/>
        </w:rPr>
        <w:t xml:space="preserve"> </w:t>
      </w:r>
      <w:r w:rsidRPr="0066793F">
        <w:rPr>
          <w:lang w:val="ru-RU"/>
        </w:rPr>
        <w:t>А.А.;</w:t>
      </w:r>
    </w:p>
    <w:p w:rsidR="00813C9E" w:rsidRPr="0066793F" w:rsidRDefault="00813C9E" w:rsidP="00813C9E">
      <w:pPr>
        <w:pStyle w:val="af"/>
        <w:spacing w:line="275" w:lineRule="exact"/>
        <w:ind w:left="106"/>
        <w:rPr>
          <w:lang w:val="ru-RU"/>
        </w:rPr>
      </w:pPr>
      <w:r w:rsidRPr="0066793F">
        <w:rPr>
          <w:lang w:val="ru-RU"/>
        </w:rPr>
        <w:t>Акционерное</w:t>
      </w:r>
      <w:r w:rsidRPr="0066793F">
        <w:rPr>
          <w:spacing w:val="-6"/>
          <w:lang w:val="ru-RU"/>
        </w:rPr>
        <w:t xml:space="preserve"> </w:t>
      </w:r>
      <w:r w:rsidRPr="0066793F">
        <w:rPr>
          <w:lang w:val="ru-RU"/>
        </w:rPr>
        <w:t>общество</w:t>
      </w:r>
      <w:r w:rsidRPr="0066793F">
        <w:rPr>
          <w:spacing w:val="-6"/>
          <w:lang w:val="ru-RU"/>
        </w:rPr>
        <w:t xml:space="preserve"> </w:t>
      </w:r>
      <w:r w:rsidRPr="0066793F">
        <w:rPr>
          <w:lang w:val="ru-RU"/>
        </w:rPr>
        <w:t>«Издательство;</w:t>
      </w:r>
    </w:p>
    <w:p w:rsidR="00813C9E" w:rsidRPr="0066793F" w:rsidRDefault="00813C9E" w:rsidP="00813C9E">
      <w:pPr>
        <w:pStyle w:val="af"/>
        <w:spacing w:before="60"/>
        <w:ind w:left="106"/>
        <w:rPr>
          <w:lang w:val="ru-RU"/>
        </w:rPr>
      </w:pPr>
      <w:r w:rsidRPr="0066793F">
        <w:rPr>
          <w:lang w:val="ru-RU"/>
        </w:rPr>
        <w:t>«Просвещение»;</w:t>
      </w:r>
    </w:p>
    <w:p w:rsidR="00813C9E" w:rsidRPr="0066793F" w:rsidRDefault="00813C9E" w:rsidP="00813C9E">
      <w:pPr>
        <w:pStyle w:val="af"/>
        <w:spacing w:before="60" w:line="292" w:lineRule="auto"/>
        <w:ind w:left="106"/>
        <w:rPr>
          <w:lang w:val="ru-RU"/>
        </w:rPr>
      </w:pPr>
      <w:r w:rsidRPr="0066793F">
        <w:rPr>
          <w:lang w:val="ru-RU"/>
        </w:rPr>
        <w:t>А.А.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Плешаков.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Рабочая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тетрадь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к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учебнику</w:t>
      </w:r>
      <w:r w:rsidRPr="0066793F">
        <w:rPr>
          <w:spacing w:val="-2"/>
          <w:lang w:val="ru-RU"/>
        </w:rPr>
        <w:t xml:space="preserve"> </w:t>
      </w:r>
      <w:r w:rsidRPr="0066793F">
        <w:rPr>
          <w:lang w:val="ru-RU"/>
        </w:rPr>
        <w:t>для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2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класса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«Окружающий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мир»-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в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2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частях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М.</w:t>
      </w:r>
      <w:r w:rsidRPr="0066793F">
        <w:rPr>
          <w:spacing w:val="-57"/>
          <w:lang w:val="ru-RU"/>
        </w:rPr>
        <w:t xml:space="preserve"> </w:t>
      </w:r>
      <w:r w:rsidRPr="0066793F">
        <w:rPr>
          <w:lang w:val="ru-RU"/>
        </w:rPr>
        <w:t>Просвещение;</w:t>
      </w:r>
    </w:p>
    <w:p w:rsidR="00813C9E" w:rsidRPr="0066793F" w:rsidRDefault="00813C9E" w:rsidP="00813C9E">
      <w:pPr>
        <w:pStyle w:val="af"/>
        <w:spacing w:line="275" w:lineRule="exact"/>
        <w:ind w:left="106"/>
        <w:rPr>
          <w:lang w:val="ru-RU"/>
        </w:rPr>
      </w:pPr>
      <w:r w:rsidRPr="0066793F">
        <w:rPr>
          <w:lang w:val="ru-RU"/>
        </w:rPr>
        <w:t>2014;</w:t>
      </w:r>
    </w:p>
    <w:p w:rsidR="00813C9E" w:rsidRPr="0066793F" w:rsidRDefault="00813C9E" w:rsidP="00813C9E">
      <w:pPr>
        <w:pStyle w:val="af"/>
        <w:spacing w:before="60" w:line="292" w:lineRule="auto"/>
        <w:ind w:left="106" w:right="2335"/>
        <w:rPr>
          <w:lang w:val="ru-RU"/>
        </w:rPr>
      </w:pPr>
      <w:r w:rsidRPr="0066793F">
        <w:rPr>
          <w:lang w:val="ru-RU"/>
        </w:rPr>
        <w:t>А.А.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Плешаков.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Атлас-</w:t>
      </w:r>
      <w:r w:rsidRPr="0066793F">
        <w:rPr>
          <w:spacing w:val="-6"/>
          <w:lang w:val="ru-RU"/>
        </w:rPr>
        <w:t xml:space="preserve"> </w:t>
      </w:r>
      <w:r w:rsidRPr="0066793F">
        <w:rPr>
          <w:lang w:val="ru-RU"/>
        </w:rPr>
        <w:t>определитель</w:t>
      </w:r>
      <w:r w:rsidRPr="0066793F">
        <w:rPr>
          <w:spacing w:val="-6"/>
          <w:lang w:val="ru-RU"/>
        </w:rPr>
        <w:t xml:space="preserve"> </w:t>
      </w:r>
      <w:r w:rsidRPr="0066793F">
        <w:rPr>
          <w:lang w:val="ru-RU"/>
        </w:rPr>
        <w:t>для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начальных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классов.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М.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Просвещение;</w:t>
      </w:r>
      <w:r w:rsidRPr="0066793F">
        <w:rPr>
          <w:spacing w:val="-57"/>
          <w:lang w:val="ru-RU"/>
        </w:rPr>
        <w:t xml:space="preserve"> </w:t>
      </w:r>
      <w:r w:rsidRPr="0066793F">
        <w:rPr>
          <w:lang w:val="ru-RU"/>
        </w:rPr>
        <w:t>2010;</w:t>
      </w:r>
    </w:p>
    <w:p w:rsidR="00813C9E" w:rsidRPr="0066793F" w:rsidRDefault="00813C9E" w:rsidP="00813C9E">
      <w:pPr>
        <w:pStyle w:val="af"/>
        <w:spacing w:line="292" w:lineRule="auto"/>
        <w:ind w:left="106" w:right="974"/>
        <w:rPr>
          <w:lang w:val="ru-RU"/>
        </w:rPr>
      </w:pPr>
      <w:r w:rsidRPr="0066793F">
        <w:rPr>
          <w:lang w:val="ru-RU"/>
        </w:rPr>
        <w:t>А.А.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Плешаков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«Зеленые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страницы».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Книга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для</w:t>
      </w:r>
      <w:r w:rsidRPr="0066793F">
        <w:rPr>
          <w:spacing w:val="-5"/>
          <w:lang w:val="ru-RU"/>
        </w:rPr>
        <w:t xml:space="preserve"> </w:t>
      </w:r>
      <w:r w:rsidRPr="0066793F">
        <w:rPr>
          <w:lang w:val="ru-RU"/>
        </w:rPr>
        <w:t>учащихся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нач.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классов.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М.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Просвещение;</w:t>
      </w:r>
      <w:r w:rsidRPr="0066793F">
        <w:rPr>
          <w:spacing w:val="-57"/>
          <w:lang w:val="ru-RU"/>
        </w:rPr>
        <w:t xml:space="preserve"> </w:t>
      </w:r>
      <w:r w:rsidRPr="0066793F">
        <w:rPr>
          <w:lang w:val="ru-RU"/>
        </w:rPr>
        <w:t>2010;</w:t>
      </w:r>
    </w:p>
    <w:p w:rsidR="00813C9E" w:rsidRPr="0066793F" w:rsidRDefault="00813C9E" w:rsidP="00813C9E">
      <w:pPr>
        <w:pStyle w:val="af"/>
        <w:spacing w:line="275" w:lineRule="exact"/>
        <w:ind w:left="106"/>
        <w:rPr>
          <w:lang w:val="ru-RU"/>
        </w:rPr>
      </w:pPr>
      <w:r w:rsidRPr="0066793F">
        <w:rPr>
          <w:lang w:val="ru-RU"/>
        </w:rPr>
        <w:t>;</w:t>
      </w:r>
    </w:p>
    <w:p w:rsidR="00813C9E" w:rsidRPr="0066793F" w:rsidRDefault="00813C9E" w:rsidP="00813C9E">
      <w:pPr>
        <w:pStyle w:val="af"/>
        <w:spacing w:before="59"/>
        <w:ind w:left="106"/>
        <w:rPr>
          <w:lang w:val="ru-RU"/>
        </w:rPr>
      </w:pPr>
      <w:r w:rsidRPr="0066793F">
        <w:rPr>
          <w:lang w:val="ru-RU"/>
        </w:rPr>
        <w:t>Введите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свой</w:t>
      </w:r>
      <w:r w:rsidRPr="0066793F">
        <w:rPr>
          <w:spacing w:val="-3"/>
          <w:lang w:val="ru-RU"/>
        </w:rPr>
        <w:t xml:space="preserve"> </w:t>
      </w:r>
      <w:r w:rsidRPr="0066793F">
        <w:rPr>
          <w:lang w:val="ru-RU"/>
        </w:rPr>
        <w:t>вариант:</w:t>
      </w:r>
    </w:p>
    <w:p w:rsidR="00813C9E" w:rsidRPr="0066793F" w:rsidRDefault="00813C9E" w:rsidP="00813C9E">
      <w:pPr>
        <w:pStyle w:val="af"/>
        <w:spacing w:before="11"/>
        <w:rPr>
          <w:sz w:val="21"/>
          <w:lang w:val="ru-RU"/>
        </w:rPr>
      </w:pPr>
    </w:p>
    <w:p w:rsidR="00813C9E" w:rsidRPr="0066793F" w:rsidRDefault="00813C9E" w:rsidP="00813C9E">
      <w:pPr>
        <w:pStyle w:val="1"/>
        <w:spacing w:before="0"/>
        <w:rPr>
          <w:lang w:val="ru-RU"/>
        </w:rPr>
      </w:pPr>
      <w:r w:rsidRPr="0066793F">
        <w:rPr>
          <w:lang w:val="ru-RU"/>
        </w:rPr>
        <w:t>МЕТОДИЧЕСКИЕ</w:t>
      </w:r>
      <w:r w:rsidRPr="0066793F">
        <w:rPr>
          <w:spacing w:val="-8"/>
          <w:lang w:val="ru-RU"/>
        </w:rPr>
        <w:t xml:space="preserve"> </w:t>
      </w:r>
      <w:r w:rsidRPr="0066793F">
        <w:rPr>
          <w:lang w:val="ru-RU"/>
        </w:rPr>
        <w:t>МАТЕРИАЛЫ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ДЛЯ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УЧИТЕЛЯ</w:t>
      </w:r>
    </w:p>
    <w:p w:rsidR="00813C9E" w:rsidRPr="0066793F" w:rsidRDefault="00813C9E" w:rsidP="00813C9E">
      <w:pPr>
        <w:pStyle w:val="af"/>
        <w:spacing w:before="156" w:line="292" w:lineRule="auto"/>
        <w:ind w:left="106" w:right="7499"/>
        <w:rPr>
          <w:lang w:val="ru-RU"/>
        </w:rPr>
      </w:pPr>
      <w:r w:rsidRPr="0066793F">
        <w:rPr>
          <w:lang w:val="ru-RU"/>
        </w:rPr>
        <w:t>Поурочные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разработки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2</w:t>
      </w:r>
      <w:r w:rsidRPr="0066793F">
        <w:rPr>
          <w:spacing w:val="-4"/>
          <w:lang w:val="ru-RU"/>
        </w:rPr>
        <w:t xml:space="preserve"> </w:t>
      </w:r>
      <w:r w:rsidRPr="0066793F">
        <w:rPr>
          <w:lang w:val="ru-RU"/>
        </w:rPr>
        <w:t>класс</w:t>
      </w:r>
      <w:r w:rsidRPr="0066793F">
        <w:rPr>
          <w:spacing w:val="-57"/>
          <w:lang w:val="ru-RU"/>
        </w:rPr>
        <w:t xml:space="preserve"> </w:t>
      </w:r>
      <w:r w:rsidRPr="0066793F">
        <w:rPr>
          <w:lang w:val="ru-RU"/>
        </w:rPr>
        <w:t>КИМ</w:t>
      </w:r>
      <w:r w:rsidRPr="0066793F">
        <w:rPr>
          <w:spacing w:val="-1"/>
          <w:lang w:val="ru-RU"/>
        </w:rPr>
        <w:t xml:space="preserve"> </w:t>
      </w:r>
      <w:r w:rsidRPr="0066793F">
        <w:rPr>
          <w:lang w:val="ru-RU"/>
        </w:rPr>
        <w:t>2 класс</w:t>
      </w:r>
    </w:p>
    <w:p w:rsidR="00813C9E" w:rsidRPr="0066793F" w:rsidRDefault="00813C9E" w:rsidP="00813C9E">
      <w:pPr>
        <w:pStyle w:val="1"/>
        <w:spacing w:before="191"/>
        <w:rPr>
          <w:lang w:val="ru-RU"/>
        </w:rPr>
      </w:pPr>
      <w:r w:rsidRPr="0066793F">
        <w:rPr>
          <w:lang w:val="ru-RU"/>
        </w:rPr>
        <w:t>ЦИФРОВЫЕ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ОБРАЗОВАТЕЛЬНЫЕ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РЕСУРСЫ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И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РЕСУРСЫ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СЕТИ</w:t>
      </w:r>
      <w:r w:rsidRPr="0066793F">
        <w:rPr>
          <w:spacing w:val="-7"/>
          <w:lang w:val="ru-RU"/>
        </w:rPr>
        <w:t xml:space="preserve"> </w:t>
      </w:r>
      <w:r w:rsidRPr="0066793F">
        <w:rPr>
          <w:lang w:val="ru-RU"/>
        </w:rPr>
        <w:t>ИНТЕРНЕТ</w:t>
      </w:r>
    </w:p>
    <w:p w:rsidR="00813C9E" w:rsidRPr="0066793F" w:rsidRDefault="00781EB0" w:rsidP="00813C9E">
      <w:pPr>
        <w:pStyle w:val="af"/>
        <w:spacing w:before="156" w:line="292" w:lineRule="auto"/>
        <w:ind w:left="106" w:right="2335"/>
        <w:rPr>
          <w:lang w:val="ru-RU"/>
        </w:rPr>
      </w:pPr>
      <w:hyperlink r:id="rId37">
        <w:r w:rsidR="00813C9E">
          <w:t>http</w:t>
        </w:r>
        <w:r w:rsidR="00813C9E" w:rsidRPr="0066793F">
          <w:rPr>
            <w:lang w:val="ru-RU"/>
          </w:rPr>
          <w:t>://</w:t>
        </w:r>
        <w:r w:rsidR="00813C9E">
          <w:t>nsportal</w:t>
        </w:r>
        <w:r w:rsidR="00813C9E" w:rsidRPr="0066793F">
          <w:rPr>
            <w:lang w:val="ru-RU"/>
          </w:rPr>
          <w:t>.</w:t>
        </w:r>
        <w:r w:rsidR="00813C9E">
          <w:t>ru</w:t>
        </w:r>
        <w:r w:rsidR="00813C9E" w:rsidRPr="0066793F">
          <w:rPr>
            <w:lang w:val="ru-RU"/>
          </w:rPr>
          <w:t>/</w:t>
        </w:r>
        <w:r w:rsidR="00813C9E" w:rsidRPr="0066793F">
          <w:rPr>
            <w:spacing w:val="-14"/>
            <w:lang w:val="ru-RU"/>
          </w:rPr>
          <w:t xml:space="preserve"> </w:t>
        </w:r>
      </w:hyperlink>
      <w:hyperlink r:id="rId38">
        <w:r w:rsidR="00813C9E">
          <w:t>http</w:t>
        </w:r>
        <w:r w:rsidR="00813C9E" w:rsidRPr="0066793F">
          <w:rPr>
            <w:lang w:val="ru-RU"/>
          </w:rPr>
          <w:t>://</w:t>
        </w:r>
        <w:r w:rsidR="00813C9E">
          <w:t>easyen</w:t>
        </w:r>
        <w:r w:rsidR="00813C9E" w:rsidRPr="0066793F">
          <w:rPr>
            <w:lang w:val="ru-RU"/>
          </w:rPr>
          <w:t>.</w:t>
        </w:r>
        <w:r w:rsidR="00813C9E">
          <w:t>ru</w:t>
        </w:r>
        <w:r w:rsidR="00813C9E" w:rsidRPr="0066793F">
          <w:rPr>
            <w:lang w:val="ru-RU"/>
          </w:rPr>
          <w:t>/</w:t>
        </w:r>
        <w:r w:rsidR="00813C9E" w:rsidRPr="0066793F">
          <w:rPr>
            <w:spacing w:val="-14"/>
            <w:lang w:val="ru-RU"/>
          </w:rPr>
          <w:t xml:space="preserve"> </w:t>
        </w:r>
      </w:hyperlink>
      <w:hyperlink r:id="rId39">
        <w:r w:rsidR="00813C9E">
          <w:t>http</w:t>
        </w:r>
        <w:r w:rsidR="00813C9E" w:rsidRPr="0066793F">
          <w:rPr>
            <w:lang w:val="ru-RU"/>
          </w:rPr>
          <w:t>://</w:t>
        </w:r>
        <w:r w:rsidR="00813C9E">
          <w:t>www</w:t>
        </w:r>
        <w:r w:rsidR="00813C9E" w:rsidRPr="0066793F">
          <w:rPr>
            <w:lang w:val="ru-RU"/>
          </w:rPr>
          <w:t>.</w:t>
        </w:r>
        <w:r w:rsidR="00813C9E">
          <w:t>uchportal</w:t>
        </w:r>
        <w:r w:rsidR="00813C9E" w:rsidRPr="0066793F">
          <w:rPr>
            <w:lang w:val="ru-RU"/>
          </w:rPr>
          <w:t>.</w:t>
        </w:r>
        <w:r w:rsidR="00813C9E">
          <w:t>ru</w:t>
        </w:r>
        <w:r w:rsidR="00813C9E" w:rsidRPr="0066793F">
          <w:rPr>
            <w:lang w:val="ru-RU"/>
          </w:rPr>
          <w:t>/</w:t>
        </w:r>
        <w:r w:rsidR="00813C9E" w:rsidRPr="0066793F">
          <w:rPr>
            <w:spacing w:val="-14"/>
            <w:lang w:val="ru-RU"/>
          </w:rPr>
          <w:t xml:space="preserve"> </w:t>
        </w:r>
      </w:hyperlink>
      <w:hyperlink r:id="rId40">
        <w:r w:rsidR="00813C9E">
          <w:t>http</w:t>
        </w:r>
        <w:r w:rsidR="00813C9E" w:rsidRPr="0066793F">
          <w:rPr>
            <w:lang w:val="ru-RU"/>
          </w:rPr>
          <w:t>://</w:t>
        </w:r>
        <w:r w:rsidR="00813C9E">
          <w:t>www</w:t>
        </w:r>
        <w:r w:rsidR="00813C9E" w:rsidRPr="0066793F">
          <w:rPr>
            <w:lang w:val="ru-RU"/>
          </w:rPr>
          <w:t>.</w:t>
        </w:r>
        <w:r w:rsidR="00813C9E">
          <w:t>nachalka</w:t>
        </w:r>
        <w:r w:rsidR="00813C9E" w:rsidRPr="0066793F">
          <w:rPr>
            <w:lang w:val="ru-RU"/>
          </w:rPr>
          <w:t>.</w:t>
        </w:r>
        <w:r w:rsidR="00813C9E">
          <w:t>com</w:t>
        </w:r>
        <w:r w:rsidR="00813C9E" w:rsidRPr="0066793F">
          <w:rPr>
            <w:lang w:val="ru-RU"/>
          </w:rPr>
          <w:t>/</w:t>
        </w:r>
      </w:hyperlink>
      <w:r w:rsidR="00813C9E" w:rsidRPr="0066793F">
        <w:rPr>
          <w:spacing w:val="-57"/>
          <w:lang w:val="ru-RU"/>
        </w:rPr>
        <w:t xml:space="preserve"> </w:t>
      </w:r>
      <w:hyperlink r:id="rId41">
        <w:r w:rsidR="00813C9E">
          <w:t>http</w:t>
        </w:r>
        <w:r w:rsidR="00813C9E" w:rsidRPr="0066793F">
          <w:rPr>
            <w:lang w:val="ru-RU"/>
          </w:rPr>
          <w:t>://</w:t>
        </w:r>
        <w:r w:rsidR="00813C9E">
          <w:t>school</w:t>
        </w:r>
        <w:r w:rsidR="00813C9E" w:rsidRPr="0066793F">
          <w:rPr>
            <w:lang w:val="ru-RU"/>
          </w:rPr>
          <w:t>-</w:t>
        </w:r>
        <w:r w:rsidR="00813C9E">
          <w:t>box</w:t>
        </w:r>
        <w:r w:rsidR="00813C9E" w:rsidRPr="0066793F">
          <w:rPr>
            <w:lang w:val="ru-RU"/>
          </w:rPr>
          <w:t>.</w:t>
        </w:r>
        <w:proofErr w:type="spellStart"/>
        <w:r w:rsidR="00813C9E">
          <w:t>ru</w:t>
        </w:r>
        <w:proofErr w:type="spellEnd"/>
        <w:r w:rsidR="00813C9E" w:rsidRPr="0066793F">
          <w:rPr>
            <w:lang w:val="ru-RU"/>
          </w:rPr>
          <w:t>/</w:t>
        </w:r>
        <w:proofErr w:type="spellStart"/>
        <w:r w:rsidR="00813C9E">
          <w:t>nachalnaya</w:t>
        </w:r>
        <w:proofErr w:type="spellEnd"/>
        <w:r w:rsidR="00813C9E" w:rsidRPr="0066793F">
          <w:rPr>
            <w:lang w:val="ru-RU"/>
          </w:rPr>
          <w:t>-</w:t>
        </w:r>
        <w:proofErr w:type="spellStart"/>
        <w:r w:rsidR="00813C9E">
          <w:t>shkola</w:t>
        </w:r>
        <w:proofErr w:type="spellEnd"/>
        <w:r w:rsidR="00813C9E" w:rsidRPr="0066793F">
          <w:rPr>
            <w:lang w:val="ru-RU"/>
          </w:rPr>
          <w:t>/</w:t>
        </w:r>
        <w:proofErr w:type="spellStart"/>
        <w:r w:rsidR="00813C9E">
          <w:t>knigi</w:t>
        </w:r>
        <w:proofErr w:type="spellEnd"/>
        <w:r w:rsidR="00813C9E" w:rsidRPr="0066793F">
          <w:rPr>
            <w:lang w:val="ru-RU"/>
          </w:rPr>
          <w:t>-</w:t>
        </w:r>
        <w:proofErr w:type="spellStart"/>
        <w:r w:rsidR="00813C9E">
          <w:t>uchebniki</w:t>
        </w:r>
        <w:proofErr w:type="spellEnd"/>
        <w:r w:rsidR="00813C9E" w:rsidRPr="0066793F">
          <w:rPr>
            <w:lang w:val="ru-RU"/>
          </w:rPr>
          <w:t>-</w:t>
        </w:r>
        <w:proofErr w:type="spellStart"/>
        <w:r w:rsidR="00813C9E">
          <w:t>posobiya</w:t>
        </w:r>
        <w:proofErr w:type="spellEnd"/>
        <w:r w:rsidR="00813C9E" w:rsidRPr="0066793F">
          <w:rPr>
            <w:lang w:val="ru-RU"/>
          </w:rPr>
          <w:t>.</w:t>
        </w:r>
        <w:r w:rsidR="00813C9E">
          <w:t>html</w:t>
        </w:r>
      </w:hyperlink>
    </w:p>
    <w:p w:rsidR="00813C9E" w:rsidRDefault="00813C9E" w:rsidP="00813C9E">
      <w:pPr>
        <w:spacing w:line="292" w:lineRule="auto"/>
        <w:rPr>
          <w:lang w:val="ru-RU"/>
        </w:rPr>
      </w:pPr>
    </w:p>
    <w:p w:rsidR="00950DCD" w:rsidRPr="00813C9E" w:rsidRDefault="00950DCD" w:rsidP="00950DCD">
      <w:pPr>
        <w:pStyle w:val="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E9722EE" wp14:editId="3723EB30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DCF64" id="Rectangle 2" o:spid="_x0000_s1026" style="position:absolute;margin-left:33.3pt;margin-top:22.9pt;width:528.1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813C9E">
        <w:rPr>
          <w:lang w:val="ru-RU"/>
        </w:rPr>
        <w:t>МАТЕРИАЛЬНО-ТЕХНИЧЕСКОЕ</w:t>
      </w:r>
      <w:r w:rsidRPr="00813C9E">
        <w:rPr>
          <w:spacing w:val="-14"/>
          <w:lang w:val="ru-RU"/>
        </w:rPr>
        <w:t xml:space="preserve"> </w:t>
      </w:r>
      <w:r w:rsidRPr="00813C9E">
        <w:rPr>
          <w:lang w:val="ru-RU"/>
        </w:rPr>
        <w:t>ОБЕСПЕЧЕНИЕ</w:t>
      </w:r>
      <w:r w:rsidRPr="00813C9E">
        <w:rPr>
          <w:spacing w:val="-13"/>
          <w:lang w:val="ru-RU"/>
        </w:rPr>
        <w:t xml:space="preserve"> </w:t>
      </w:r>
      <w:r w:rsidRPr="00813C9E">
        <w:rPr>
          <w:lang w:val="ru-RU"/>
        </w:rPr>
        <w:t>ОБРАЗОВАТЕЛЬНОГО</w:t>
      </w:r>
      <w:r w:rsidRPr="00813C9E">
        <w:rPr>
          <w:spacing w:val="-14"/>
          <w:lang w:val="ru-RU"/>
        </w:rPr>
        <w:t xml:space="preserve"> </w:t>
      </w:r>
      <w:r w:rsidRPr="00813C9E">
        <w:rPr>
          <w:lang w:val="ru-RU"/>
        </w:rPr>
        <w:t>ПРОЦЕССА</w:t>
      </w:r>
    </w:p>
    <w:p w:rsidR="00950DCD" w:rsidRPr="00813C9E" w:rsidRDefault="00950DCD" w:rsidP="00950DCD">
      <w:pPr>
        <w:spacing w:before="179"/>
        <w:ind w:left="106"/>
        <w:rPr>
          <w:b/>
          <w:sz w:val="24"/>
          <w:lang w:val="ru-RU"/>
        </w:rPr>
      </w:pPr>
      <w:r w:rsidRPr="00813C9E">
        <w:rPr>
          <w:b/>
          <w:sz w:val="24"/>
          <w:lang w:val="ru-RU"/>
        </w:rPr>
        <w:t>УЧЕБНОЕ</w:t>
      </w:r>
      <w:r w:rsidRPr="00813C9E">
        <w:rPr>
          <w:b/>
          <w:spacing w:val="-9"/>
          <w:sz w:val="24"/>
          <w:lang w:val="ru-RU"/>
        </w:rPr>
        <w:t xml:space="preserve"> </w:t>
      </w:r>
      <w:r w:rsidRPr="00813C9E">
        <w:rPr>
          <w:b/>
          <w:sz w:val="24"/>
          <w:lang w:val="ru-RU"/>
        </w:rPr>
        <w:t>ОБОРУДОВАНИЕ</w:t>
      </w:r>
    </w:p>
    <w:p w:rsidR="00950DCD" w:rsidRPr="00813C9E" w:rsidRDefault="00950DCD" w:rsidP="00950DCD">
      <w:pPr>
        <w:pStyle w:val="af"/>
        <w:spacing w:before="156" w:line="292" w:lineRule="auto"/>
        <w:ind w:left="106" w:right="6468"/>
        <w:rPr>
          <w:lang w:val="ru-RU"/>
        </w:rPr>
      </w:pPr>
      <w:r w:rsidRPr="00813C9E">
        <w:rPr>
          <w:lang w:val="ru-RU"/>
        </w:rPr>
        <w:t>Учебные плакаты</w:t>
      </w:r>
      <w:r w:rsidRPr="00813C9E">
        <w:rPr>
          <w:spacing w:val="1"/>
          <w:lang w:val="ru-RU"/>
        </w:rPr>
        <w:t xml:space="preserve"> </w:t>
      </w:r>
      <w:r w:rsidRPr="00813C9E">
        <w:rPr>
          <w:lang w:val="ru-RU"/>
        </w:rPr>
        <w:t>Компьютер,</w:t>
      </w:r>
      <w:r w:rsidRPr="00813C9E">
        <w:rPr>
          <w:spacing w:val="-7"/>
          <w:lang w:val="ru-RU"/>
        </w:rPr>
        <w:t xml:space="preserve"> </w:t>
      </w:r>
      <w:r w:rsidRPr="00813C9E">
        <w:rPr>
          <w:lang w:val="ru-RU"/>
        </w:rPr>
        <w:t>проектор</w:t>
      </w:r>
    </w:p>
    <w:p w:rsidR="00950DCD" w:rsidRPr="00813C9E" w:rsidRDefault="00950DCD" w:rsidP="00950DCD">
      <w:pPr>
        <w:pStyle w:val="1"/>
        <w:spacing w:before="191" w:line="292" w:lineRule="auto"/>
        <w:rPr>
          <w:lang w:val="ru-RU"/>
        </w:rPr>
      </w:pPr>
      <w:r w:rsidRPr="00813C9E">
        <w:rPr>
          <w:lang w:val="ru-RU"/>
        </w:rPr>
        <w:t>ОБОРУДОВАНИЕ</w:t>
      </w:r>
      <w:r w:rsidRPr="00813C9E">
        <w:rPr>
          <w:spacing w:val="-10"/>
          <w:lang w:val="ru-RU"/>
        </w:rPr>
        <w:t xml:space="preserve"> </w:t>
      </w:r>
      <w:r w:rsidRPr="00813C9E">
        <w:rPr>
          <w:lang w:val="ru-RU"/>
        </w:rPr>
        <w:t>ДЛЯ</w:t>
      </w:r>
      <w:r w:rsidRPr="00813C9E">
        <w:rPr>
          <w:spacing w:val="-9"/>
          <w:lang w:val="ru-RU"/>
        </w:rPr>
        <w:t xml:space="preserve"> </w:t>
      </w:r>
      <w:r w:rsidRPr="00813C9E">
        <w:rPr>
          <w:lang w:val="ru-RU"/>
        </w:rPr>
        <w:t>ПРОВЕДЕНИЯ</w:t>
      </w:r>
      <w:r w:rsidRPr="00813C9E">
        <w:rPr>
          <w:spacing w:val="-10"/>
          <w:lang w:val="ru-RU"/>
        </w:rPr>
        <w:t xml:space="preserve"> </w:t>
      </w:r>
      <w:r w:rsidRPr="00813C9E">
        <w:rPr>
          <w:lang w:val="ru-RU"/>
        </w:rPr>
        <w:t>ЛАБОРАТОРНЫХ,</w:t>
      </w:r>
      <w:r w:rsidRPr="00813C9E">
        <w:rPr>
          <w:spacing w:val="-8"/>
          <w:lang w:val="ru-RU"/>
        </w:rPr>
        <w:t xml:space="preserve"> </w:t>
      </w:r>
      <w:r w:rsidRPr="00813C9E">
        <w:rPr>
          <w:lang w:val="ru-RU"/>
        </w:rPr>
        <w:t>ПРАКТИЧЕСКИХ</w:t>
      </w:r>
      <w:r w:rsidRPr="00813C9E">
        <w:rPr>
          <w:spacing w:val="-10"/>
          <w:lang w:val="ru-RU"/>
        </w:rPr>
        <w:t xml:space="preserve"> </w:t>
      </w:r>
      <w:r w:rsidRPr="00813C9E">
        <w:rPr>
          <w:lang w:val="ru-RU"/>
        </w:rPr>
        <w:t>РАБОТ,</w:t>
      </w:r>
      <w:r w:rsidRPr="00813C9E">
        <w:rPr>
          <w:spacing w:val="-57"/>
          <w:lang w:val="ru-RU"/>
        </w:rPr>
        <w:t xml:space="preserve"> </w:t>
      </w:r>
      <w:r w:rsidRPr="00813C9E">
        <w:rPr>
          <w:lang w:val="ru-RU"/>
        </w:rPr>
        <w:t>ДЕМОНСТРАЦИЙ</w:t>
      </w:r>
    </w:p>
    <w:p w:rsidR="00950DCD" w:rsidRDefault="00950DCD" w:rsidP="00950DCD">
      <w:pPr>
        <w:pStyle w:val="af"/>
        <w:spacing w:before="95"/>
        <w:ind w:left="106"/>
      </w:pPr>
      <w:proofErr w:type="spellStart"/>
      <w:r>
        <w:t>Гербарий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термометр</w:t>
      </w:r>
      <w:proofErr w:type="spellEnd"/>
    </w:p>
    <w:p w:rsidR="00950DCD" w:rsidRDefault="00950DCD" w:rsidP="00950DCD"/>
    <w:p w:rsidR="00950DCD" w:rsidRDefault="00950DCD" w:rsidP="00950DCD">
      <w:pPr>
        <w:pStyle w:val="af"/>
        <w:spacing w:before="4"/>
        <w:rPr>
          <w:sz w:val="17"/>
        </w:rPr>
      </w:pPr>
    </w:p>
    <w:p w:rsidR="00DD6C36" w:rsidRPr="00E6058B" w:rsidRDefault="00DD6C36" w:rsidP="00950DCD">
      <w:pPr>
        <w:autoSpaceDE w:val="0"/>
        <w:autoSpaceDN w:val="0"/>
        <w:spacing w:after="78" w:line="220" w:lineRule="exact"/>
        <w:rPr>
          <w:lang w:val="ru-RU"/>
        </w:rPr>
      </w:pPr>
    </w:p>
    <w:sectPr w:rsidR="00DD6C36" w:rsidRPr="00E6058B" w:rsidSect="00813C9E">
      <w:pgSz w:w="11900" w:h="16840"/>
      <w:pgMar w:top="298" w:right="650" w:bottom="450" w:left="666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5B1415"/>
    <w:multiLevelType w:val="hybridMultilevel"/>
    <w:tmpl w:val="3B06E57C"/>
    <w:lvl w:ilvl="0" w:tplc="738C3804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A389C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DF0F91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D744D8BC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2CBC8D46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2972454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1F788F5C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30163798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11BCCF96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6C62650"/>
    <w:multiLevelType w:val="hybridMultilevel"/>
    <w:tmpl w:val="F350D976"/>
    <w:lvl w:ilvl="0" w:tplc="3B94F9BA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BF219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0EEB2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EF66B298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197C220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CF5EFD28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6ACC9F7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6ACA5730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54FCADF8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9ED1476"/>
    <w:multiLevelType w:val="hybridMultilevel"/>
    <w:tmpl w:val="61B4CF0A"/>
    <w:lvl w:ilvl="0" w:tplc="57920B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0BC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50E8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907E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3627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801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E8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A83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A3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241434"/>
    <w:multiLevelType w:val="hybridMultilevel"/>
    <w:tmpl w:val="90569D64"/>
    <w:lvl w:ilvl="0" w:tplc="B380D1B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54A1F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88ED04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5940CA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7DC8E1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A84F76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AB495EE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308828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97E56C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551139C1"/>
    <w:multiLevelType w:val="hybridMultilevel"/>
    <w:tmpl w:val="A050A526"/>
    <w:lvl w:ilvl="0" w:tplc="2596381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1EB61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A80D0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370F21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A5C4A5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000929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17E806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49823C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6DCBA8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56A8"/>
    <w:rsid w:val="0015074B"/>
    <w:rsid w:val="0029639D"/>
    <w:rsid w:val="00326F90"/>
    <w:rsid w:val="003E0946"/>
    <w:rsid w:val="0066793F"/>
    <w:rsid w:val="00781EB0"/>
    <w:rsid w:val="00813C9E"/>
    <w:rsid w:val="00950DCD"/>
    <w:rsid w:val="00AA1D8D"/>
    <w:rsid w:val="00B02219"/>
    <w:rsid w:val="00B47730"/>
    <w:rsid w:val="00CB0664"/>
    <w:rsid w:val="00D20571"/>
    <w:rsid w:val="00DD6C36"/>
    <w:rsid w:val="00E6058B"/>
    <w:rsid w:val="00FC693F"/>
    <w:rsid w:val="00FD211C"/>
    <w:rsid w:val="00FD3ED7"/>
    <w:rsid w:val="00FE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80BFF39-B5AB-4D2C-9CE4-3245FCF8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FD3ED7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13C9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813C9E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FD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D2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7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26" Type="http://schemas.openxmlformats.org/officeDocument/2006/relationships/hyperlink" Target="http://school-/" TargetMode="External"/><Relationship Id="rId39" Type="http://schemas.openxmlformats.org/officeDocument/2006/relationships/hyperlink" Target="http://www.uchportal.ru/" TargetMode="External"/><Relationship Id="rId21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school-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29" Type="http://schemas.openxmlformats.org/officeDocument/2006/relationships/hyperlink" Target="http://school-/" TargetMode="External"/><Relationship Id="rId41" Type="http://schemas.openxmlformats.org/officeDocument/2006/relationships/hyperlink" Target="http://school-box.ru/nachalnaya-shkola/knigi-uchebniki-posobiya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nsportal.ru/" TargetMode="External"/><Relationship Id="rId40" Type="http://schemas.openxmlformats.org/officeDocument/2006/relationships/hyperlink" Target="http://www.nachalka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school-/" TargetMode="External"/><Relationship Id="rId3" Type="http://schemas.openxmlformats.org/officeDocument/2006/relationships/styles" Target="styles.xm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easye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08710E-B441-4E5D-839C-7591ABD5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5993</Words>
  <Characters>34165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2022-11-01T05:58:00Z</cp:lastPrinted>
  <dcterms:created xsi:type="dcterms:W3CDTF">2022-10-30T11:48:00Z</dcterms:created>
  <dcterms:modified xsi:type="dcterms:W3CDTF">2023-06-14T05:28:00Z</dcterms:modified>
</cp:coreProperties>
</file>